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1255A" w14:textId="77777777" w:rsidR="006C5AD4" w:rsidRDefault="008E2B3B" w:rsidP="00172A29">
      <w:pPr>
        <w:pStyle w:val="a7"/>
        <w:rPr>
          <w:lang w:eastAsia="ko-KR"/>
        </w:rPr>
      </w:pPr>
      <w:r>
        <w:rPr>
          <w:rFonts w:hint="eastAsia"/>
          <w:lang w:eastAsia="ko-KR"/>
        </w:rPr>
        <w:t>[</w:t>
      </w:r>
      <w:r>
        <w:rPr>
          <w:rFonts w:hint="eastAsia"/>
          <w:lang w:eastAsia="ko-KR"/>
        </w:rPr>
        <w:t>서식</w:t>
      </w:r>
      <w:r>
        <w:rPr>
          <w:rFonts w:hint="eastAsia"/>
          <w:lang w:eastAsia="ko-KR"/>
        </w:rPr>
        <w:t xml:space="preserve"> 1]</w:t>
      </w:r>
    </w:p>
    <w:p w14:paraId="73A2BDF1" w14:textId="4820E458" w:rsidR="006C5AD4" w:rsidRDefault="00172A29" w:rsidP="00172A29">
      <w:pPr>
        <w:pStyle w:val="a7"/>
        <w:jc w:val="center"/>
        <w:rPr>
          <w:b/>
          <w:bCs/>
          <w:sz w:val="36"/>
          <w:szCs w:val="28"/>
          <w:lang w:eastAsia="ko-KR"/>
        </w:rPr>
      </w:pPr>
      <w:r>
        <w:rPr>
          <w:rFonts w:hint="eastAsia"/>
          <w:b/>
          <w:bCs/>
          <w:sz w:val="28"/>
          <w:szCs w:val="28"/>
          <w:lang w:eastAsia="ko-KR"/>
        </w:rPr>
        <w:t>『</w:t>
      </w:r>
      <w:r w:rsidR="008E2B3B" w:rsidRPr="00172A29">
        <w:rPr>
          <w:rFonts w:hint="eastAsia"/>
          <w:b/>
          <w:bCs/>
          <w:sz w:val="28"/>
          <w:szCs w:val="28"/>
          <w:lang w:eastAsia="ko-KR"/>
        </w:rPr>
        <w:t>2026</w:t>
      </w:r>
      <w:r w:rsidR="008E2B3B" w:rsidRPr="00172A29">
        <w:rPr>
          <w:rFonts w:hint="eastAsia"/>
          <w:b/>
          <w:bCs/>
          <w:sz w:val="28"/>
          <w:szCs w:val="28"/>
          <w:lang w:eastAsia="ko-KR"/>
        </w:rPr>
        <w:t>년</w:t>
      </w:r>
      <w:r w:rsidR="008E2B3B" w:rsidRPr="00172A29">
        <w:rPr>
          <w:rFonts w:hint="eastAsia"/>
          <w:b/>
          <w:bCs/>
          <w:sz w:val="28"/>
          <w:szCs w:val="28"/>
          <w:lang w:eastAsia="ko-KR"/>
        </w:rPr>
        <w:t xml:space="preserve"> </w:t>
      </w:r>
      <w:proofErr w:type="spellStart"/>
      <w:r w:rsidR="008E2B3B" w:rsidRPr="00172A29">
        <w:rPr>
          <w:rFonts w:hint="eastAsia"/>
          <w:b/>
          <w:bCs/>
          <w:sz w:val="28"/>
          <w:szCs w:val="28"/>
          <w:lang w:eastAsia="ko-KR"/>
        </w:rPr>
        <w:t>바이오헬스</w:t>
      </w:r>
      <w:proofErr w:type="spellEnd"/>
      <w:r w:rsidR="008E2B3B" w:rsidRPr="00172A29">
        <w:rPr>
          <w:rFonts w:hint="eastAsia"/>
          <w:b/>
          <w:bCs/>
          <w:sz w:val="28"/>
          <w:szCs w:val="28"/>
          <w:lang w:eastAsia="ko-KR"/>
        </w:rPr>
        <w:t xml:space="preserve"> </w:t>
      </w:r>
      <w:r w:rsidR="008E2B3B" w:rsidRPr="00172A29">
        <w:rPr>
          <w:rFonts w:hint="eastAsia"/>
          <w:b/>
          <w:bCs/>
          <w:sz w:val="28"/>
          <w:szCs w:val="28"/>
          <w:lang w:eastAsia="ko-KR"/>
        </w:rPr>
        <w:t>글로벌</w:t>
      </w:r>
      <w:r w:rsidR="008E2B3B" w:rsidRPr="00172A29">
        <w:rPr>
          <w:rFonts w:hint="eastAsia"/>
          <w:b/>
          <w:bCs/>
          <w:sz w:val="28"/>
          <w:szCs w:val="28"/>
          <w:lang w:eastAsia="ko-KR"/>
        </w:rPr>
        <w:t xml:space="preserve"> </w:t>
      </w:r>
      <w:r w:rsidR="008E2B3B" w:rsidRPr="00172A29">
        <w:rPr>
          <w:rFonts w:hint="eastAsia"/>
          <w:b/>
          <w:bCs/>
          <w:sz w:val="28"/>
          <w:szCs w:val="28"/>
          <w:lang w:eastAsia="ko-KR"/>
        </w:rPr>
        <w:t>석학</w:t>
      </w:r>
      <w:r w:rsidR="008E2B3B" w:rsidRPr="00172A29">
        <w:rPr>
          <w:rFonts w:hint="eastAsia"/>
          <w:b/>
          <w:bCs/>
          <w:sz w:val="28"/>
          <w:szCs w:val="28"/>
          <w:lang w:eastAsia="ko-KR"/>
        </w:rPr>
        <w:t xml:space="preserve"> </w:t>
      </w:r>
      <w:proofErr w:type="spellStart"/>
      <w:r w:rsidR="008E2B3B" w:rsidRPr="00172A29">
        <w:rPr>
          <w:rFonts w:hint="eastAsia"/>
          <w:b/>
          <w:bCs/>
          <w:sz w:val="28"/>
          <w:szCs w:val="28"/>
          <w:lang w:eastAsia="ko-KR"/>
        </w:rPr>
        <w:t>멘토십</w:t>
      </w:r>
      <w:proofErr w:type="spellEnd"/>
      <w:r w:rsidR="008E2B3B" w:rsidRPr="00172A29">
        <w:rPr>
          <w:rFonts w:hint="eastAsia"/>
          <w:b/>
          <w:bCs/>
          <w:sz w:val="28"/>
          <w:szCs w:val="28"/>
          <w:lang w:eastAsia="ko-KR"/>
        </w:rPr>
        <w:t xml:space="preserve"> </w:t>
      </w:r>
      <w:r w:rsidR="008E2B3B" w:rsidRPr="00172A29">
        <w:rPr>
          <w:rFonts w:hint="eastAsia"/>
          <w:b/>
          <w:bCs/>
          <w:sz w:val="28"/>
          <w:szCs w:val="28"/>
          <w:lang w:eastAsia="ko-KR"/>
        </w:rPr>
        <w:t>프로그램</w:t>
      </w:r>
      <w:r w:rsidR="008E2B3B" w:rsidRPr="00172A29">
        <w:rPr>
          <w:rFonts w:hint="eastAsia"/>
          <w:b/>
          <w:bCs/>
          <w:sz w:val="28"/>
          <w:szCs w:val="28"/>
          <w:lang w:eastAsia="ko-KR"/>
        </w:rPr>
        <w:t xml:space="preserve"> </w:t>
      </w:r>
      <w:r w:rsidRPr="00172A29">
        <w:rPr>
          <w:b/>
          <w:bCs/>
          <w:sz w:val="28"/>
          <w:szCs w:val="28"/>
          <w:lang w:eastAsia="ko-KR"/>
        </w:rPr>
        <w:t xml:space="preserve">- </w:t>
      </w:r>
      <w:proofErr w:type="spellStart"/>
      <w:r w:rsidR="008E2B3B" w:rsidRPr="00172A29">
        <w:rPr>
          <w:rFonts w:hint="eastAsia"/>
          <w:b/>
          <w:bCs/>
          <w:sz w:val="28"/>
          <w:szCs w:val="28"/>
          <w:lang w:eastAsia="ko-KR"/>
        </w:rPr>
        <w:t>분자∙세포생물학분야</w:t>
      </w:r>
      <w:proofErr w:type="spellEnd"/>
      <w:r>
        <w:rPr>
          <w:rFonts w:hint="eastAsia"/>
          <w:b/>
          <w:bCs/>
          <w:sz w:val="28"/>
          <w:szCs w:val="28"/>
          <w:lang w:eastAsia="ko-KR"/>
        </w:rPr>
        <w:t>』</w:t>
      </w:r>
      <w:r w:rsidR="008E2B3B" w:rsidRPr="00172A29">
        <w:rPr>
          <w:rFonts w:hint="eastAsia"/>
          <w:b/>
          <w:bCs/>
          <w:sz w:val="36"/>
          <w:szCs w:val="28"/>
          <w:lang w:eastAsia="ko-KR"/>
        </w:rPr>
        <w:br/>
      </w:r>
      <w:r>
        <w:rPr>
          <w:rFonts w:hint="eastAsia"/>
          <w:b/>
          <w:bCs/>
          <w:sz w:val="36"/>
          <w:szCs w:val="28"/>
          <w:lang w:eastAsia="ko-KR"/>
        </w:rPr>
        <w:t>-</w:t>
      </w:r>
      <w:r>
        <w:rPr>
          <w:b/>
          <w:bCs/>
          <w:sz w:val="36"/>
          <w:szCs w:val="28"/>
          <w:lang w:eastAsia="ko-KR"/>
        </w:rPr>
        <w:t xml:space="preserve"> </w:t>
      </w:r>
      <w:r w:rsidR="008E2B3B" w:rsidRPr="00172A29">
        <w:rPr>
          <w:rFonts w:hint="eastAsia"/>
          <w:b/>
          <w:bCs/>
          <w:sz w:val="36"/>
          <w:szCs w:val="28"/>
          <w:lang w:eastAsia="ko-KR"/>
        </w:rPr>
        <w:t>참여신청서</w:t>
      </w:r>
      <w:r>
        <w:rPr>
          <w:rFonts w:hint="eastAsia"/>
          <w:b/>
          <w:bCs/>
          <w:sz w:val="36"/>
          <w:szCs w:val="28"/>
          <w:lang w:eastAsia="ko-KR"/>
        </w:rPr>
        <w:t xml:space="preserve"> </w:t>
      </w:r>
      <w:r w:rsidR="00264052">
        <w:rPr>
          <w:b/>
          <w:bCs/>
          <w:sz w:val="36"/>
          <w:szCs w:val="28"/>
          <w:lang w:eastAsia="ko-KR"/>
        </w:rPr>
        <w:t>-</w:t>
      </w:r>
    </w:p>
    <w:p w14:paraId="7F685D3A" w14:textId="77777777" w:rsidR="00172A29" w:rsidRPr="00172A29" w:rsidRDefault="00172A29" w:rsidP="00172A29">
      <w:pPr>
        <w:pStyle w:val="a7"/>
        <w:jc w:val="center"/>
        <w:rPr>
          <w:rFonts w:hint="eastAsia"/>
          <w:b/>
          <w:bCs/>
          <w:sz w:val="28"/>
          <w:szCs w:val="28"/>
          <w:lang w:eastAsia="ko-K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3515"/>
        <w:gridCol w:w="1587"/>
        <w:gridCol w:w="3515"/>
      </w:tblGrid>
      <w:tr w:rsidR="006C5AD4" w14:paraId="312C7738" w14:textId="77777777" w:rsidTr="00172A29">
        <w:trPr>
          <w:cantSplit/>
          <w:jc w:val="center"/>
        </w:trPr>
        <w:tc>
          <w:tcPr>
            <w:tcW w:w="158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5DB4FF" w14:textId="77777777" w:rsidR="006C5AD4" w:rsidRDefault="008E2B3B">
            <w:pPr>
              <w:spacing w:line="240" w:lineRule="auto"/>
              <w:jc w:val="center"/>
            </w:pPr>
            <w:proofErr w:type="spellStart"/>
            <w:r>
              <w:rPr>
                <w:rFonts w:cs="맑은 고딕" w:hint="eastAsia"/>
                <w:b/>
              </w:rPr>
              <w:t>접수번호</w:t>
            </w:r>
            <w:proofErr w:type="spellEnd"/>
          </w:p>
        </w:tc>
        <w:tc>
          <w:tcPr>
            <w:tcW w:w="351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6F56A96" w14:textId="77777777" w:rsidR="006C5AD4" w:rsidRDefault="008E2B3B" w:rsidP="00172A29">
            <w:pPr>
              <w:spacing w:line="240" w:lineRule="auto"/>
              <w:jc w:val="both"/>
            </w:pPr>
            <w:r>
              <w:rPr>
                <w:rFonts w:cs="맑은 고딕" w:hint="eastAsia"/>
                <w:sz w:val="17"/>
              </w:rPr>
              <w:t>※</w:t>
            </w:r>
            <w:r>
              <w:rPr>
                <w:rFonts w:cs="맑은 고딕" w:hint="eastAsia"/>
                <w:sz w:val="17"/>
              </w:rPr>
              <w:t xml:space="preserve"> </w:t>
            </w:r>
            <w:r>
              <w:rPr>
                <w:rFonts w:cs="맑은 고딕" w:hint="eastAsia"/>
                <w:sz w:val="17"/>
              </w:rPr>
              <w:t>사업운영팀</w:t>
            </w:r>
            <w:r>
              <w:rPr>
                <w:rFonts w:cs="맑은 고딕" w:hint="eastAsia"/>
                <w:sz w:val="17"/>
              </w:rPr>
              <w:t xml:space="preserve"> </w:t>
            </w:r>
            <w:r>
              <w:rPr>
                <w:rFonts w:cs="맑은 고딕" w:hint="eastAsia"/>
                <w:sz w:val="17"/>
              </w:rPr>
              <w:t>기재</w:t>
            </w:r>
          </w:p>
        </w:tc>
        <w:tc>
          <w:tcPr>
            <w:tcW w:w="158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06CF11" w14:textId="77777777" w:rsidR="006C5AD4" w:rsidRDefault="008E2B3B">
            <w:pPr>
              <w:spacing w:line="240" w:lineRule="auto"/>
              <w:jc w:val="center"/>
            </w:pPr>
            <w:r>
              <w:rPr>
                <w:rFonts w:cs="맑은 고딕" w:hint="eastAsia"/>
                <w:b/>
              </w:rPr>
              <w:t>지원분야</w:t>
            </w:r>
          </w:p>
        </w:tc>
        <w:tc>
          <w:tcPr>
            <w:tcW w:w="351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427919" w14:textId="77777777" w:rsidR="006C5AD4" w:rsidRDefault="008E2B3B">
            <w:pPr>
              <w:spacing w:line="240" w:lineRule="auto"/>
              <w:rPr>
                <w:lang w:eastAsia="ko-KR"/>
              </w:rPr>
            </w:pPr>
            <w:r>
              <w:rPr>
                <w:rFonts w:cs="맑은 고딕" w:hint="eastAsia"/>
                <w:sz w:val="17"/>
                <w:lang w:eastAsia="ko-KR"/>
              </w:rPr>
              <w:t>□</w:t>
            </w:r>
            <w:r>
              <w:rPr>
                <w:rFonts w:cs="맑은 고딕" w:hint="eastAsia"/>
                <w:sz w:val="17"/>
                <w:lang w:eastAsia="ko-KR"/>
              </w:rPr>
              <w:t xml:space="preserve"> MD</w:t>
            </w:r>
            <w:r>
              <w:rPr>
                <w:rFonts w:cs="맑은 고딕" w:hint="eastAsia"/>
                <w:sz w:val="17"/>
                <w:lang w:eastAsia="ko-KR"/>
              </w:rPr>
              <w:t>·임상의학</w:t>
            </w:r>
            <w:r>
              <w:rPr>
                <w:rFonts w:cs="맑은 고딕" w:hint="eastAsia"/>
                <w:sz w:val="17"/>
                <w:lang w:eastAsia="ko-KR"/>
              </w:rPr>
              <w:t>(</w:t>
            </w:r>
            <w:r>
              <w:rPr>
                <w:rFonts w:cs="맑은 고딕" w:hint="eastAsia"/>
                <w:sz w:val="17"/>
                <w:lang w:eastAsia="ko-KR"/>
              </w:rPr>
              <w:t>전국개방형</w:t>
            </w:r>
            <w:r>
              <w:rPr>
                <w:rFonts w:cs="맑은 고딕" w:hint="eastAsia"/>
                <w:sz w:val="17"/>
                <w:lang w:eastAsia="ko-KR"/>
              </w:rPr>
              <w:t>)</w:t>
            </w:r>
            <w:r>
              <w:rPr>
                <w:rFonts w:cs="맑은 고딕" w:hint="eastAsia"/>
                <w:lang w:eastAsia="ko-KR"/>
              </w:rPr>
              <w:br/>
            </w:r>
            <w:r>
              <w:rPr>
                <w:rFonts w:cs="맑은 고딕" w:hint="eastAsia"/>
                <w:sz w:val="17"/>
                <w:lang w:eastAsia="ko-KR"/>
              </w:rPr>
              <w:t>□</w:t>
            </w:r>
            <w:r>
              <w:rPr>
                <w:rFonts w:cs="맑은 고딕" w:hint="eastAsia"/>
                <w:sz w:val="17"/>
                <w:lang w:eastAsia="ko-KR"/>
              </w:rPr>
              <w:t xml:space="preserve"> </w:t>
            </w:r>
            <w:r>
              <w:rPr>
                <w:rFonts w:cs="맑은 고딕" w:hint="eastAsia"/>
                <w:sz w:val="17"/>
                <w:lang w:eastAsia="ko-KR"/>
              </w:rPr>
              <w:t>비</w:t>
            </w:r>
            <w:r>
              <w:rPr>
                <w:rFonts w:cs="맑은 고딕" w:hint="eastAsia"/>
                <w:sz w:val="17"/>
                <w:lang w:eastAsia="ko-KR"/>
              </w:rPr>
              <w:t xml:space="preserve">-MD </w:t>
            </w:r>
            <w:r>
              <w:rPr>
                <w:rFonts w:cs="맑은 고딕" w:hint="eastAsia"/>
                <w:sz w:val="17"/>
                <w:lang w:eastAsia="ko-KR"/>
              </w:rPr>
              <w:t>연구자</w:t>
            </w:r>
            <w:r>
              <w:rPr>
                <w:rFonts w:cs="맑은 고딕" w:hint="eastAsia"/>
                <w:sz w:val="17"/>
                <w:lang w:eastAsia="ko-KR"/>
              </w:rPr>
              <w:t>(</w:t>
            </w:r>
            <w:r>
              <w:rPr>
                <w:rFonts w:cs="맑은 고딕" w:hint="eastAsia"/>
                <w:sz w:val="17"/>
                <w:lang w:eastAsia="ko-KR"/>
              </w:rPr>
              <w:t>단국대학교</w:t>
            </w:r>
            <w:r>
              <w:rPr>
                <w:rFonts w:cs="맑은 고딕" w:hint="eastAsia"/>
                <w:sz w:val="17"/>
                <w:lang w:eastAsia="ko-KR"/>
              </w:rPr>
              <w:t xml:space="preserve"> </w:t>
            </w:r>
            <w:r>
              <w:rPr>
                <w:rFonts w:cs="맑은 고딕" w:hint="eastAsia"/>
                <w:sz w:val="17"/>
                <w:lang w:eastAsia="ko-KR"/>
              </w:rPr>
              <w:t>소속</w:t>
            </w:r>
            <w:r>
              <w:rPr>
                <w:rFonts w:cs="맑은 고딕" w:hint="eastAsia"/>
                <w:sz w:val="17"/>
                <w:lang w:eastAsia="ko-KR"/>
              </w:rPr>
              <w:t>)</w:t>
            </w:r>
          </w:p>
        </w:tc>
      </w:tr>
      <w:tr w:rsidR="006C5AD4" w14:paraId="038C9500" w14:textId="77777777">
        <w:trPr>
          <w:cantSplit/>
          <w:jc w:val="center"/>
        </w:trPr>
        <w:tc>
          <w:tcPr>
            <w:tcW w:w="158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E67D3B" w14:textId="77777777" w:rsidR="006C5AD4" w:rsidRDefault="008E2B3B">
            <w:pPr>
              <w:spacing w:line="240" w:lineRule="auto"/>
              <w:jc w:val="center"/>
            </w:pPr>
            <w:proofErr w:type="spellStart"/>
            <w:r>
              <w:rPr>
                <w:rFonts w:cs="맑은 고딕" w:hint="eastAsia"/>
                <w:b/>
              </w:rPr>
              <w:t>성명</w:t>
            </w:r>
            <w:proofErr w:type="spellEnd"/>
          </w:p>
        </w:tc>
        <w:tc>
          <w:tcPr>
            <w:tcW w:w="351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5F0AC3" w14:textId="77777777" w:rsidR="006C5AD4" w:rsidRDefault="006C5AD4">
            <w:pPr>
              <w:spacing w:line="240" w:lineRule="auto"/>
            </w:pPr>
          </w:p>
        </w:tc>
        <w:tc>
          <w:tcPr>
            <w:tcW w:w="158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2CBBE0" w14:textId="77777777" w:rsidR="006C5AD4" w:rsidRDefault="008E2B3B">
            <w:pPr>
              <w:spacing w:line="240" w:lineRule="auto"/>
              <w:jc w:val="center"/>
            </w:pPr>
            <w:r>
              <w:rPr>
                <w:rFonts w:cs="맑은 고딕" w:hint="eastAsia"/>
                <w:b/>
              </w:rPr>
              <w:t>연락처</w:t>
            </w:r>
          </w:p>
        </w:tc>
        <w:tc>
          <w:tcPr>
            <w:tcW w:w="351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303C79" w14:textId="77777777" w:rsidR="006C5AD4" w:rsidRDefault="006C5AD4">
            <w:pPr>
              <w:spacing w:line="240" w:lineRule="auto"/>
            </w:pPr>
          </w:p>
        </w:tc>
      </w:tr>
      <w:tr w:rsidR="006C5AD4" w14:paraId="633D8A4C" w14:textId="77777777">
        <w:trPr>
          <w:cantSplit/>
          <w:jc w:val="center"/>
        </w:trPr>
        <w:tc>
          <w:tcPr>
            <w:tcW w:w="158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3CC677" w14:textId="77777777" w:rsidR="006C5AD4" w:rsidRDefault="008E2B3B">
            <w:pPr>
              <w:spacing w:line="240" w:lineRule="auto"/>
              <w:jc w:val="center"/>
            </w:pPr>
            <w:r>
              <w:rPr>
                <w:rFonts w:cs="맑은 고딕" w:hint="eastAsia"/>
                <w:b/>
              </w:rPr>
              <w:t>이메일</w:t>
            </w:r>
          </w:p>
        </w:tc>
        <w:tc>
          <w:tcPr>
            <w:tcW w:w="351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96962E" w14:textId="77777777" w:rsidR="006C5AD4" w:rsidRDefault="006C5AD4">
            <w:pPr>
              <w:spacing w:line="240" w:lineRule="auto"/>
            </w:pPr>
          </w:p>
        </w:tc>
        <w:tc>
          <w:tcPr>
            <w:tcW w:w="158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0C191B" w14:textId="77777777" w:rsidR="006C5AD4" w:rsidRDefault="008E2B3B">
            <w:pPr>
              <w:spacing w:line="240" w:lineRule="auto"/>
              <w:jc w:val="center"/>
            </w:pPr>
            <w:r>
              <w:rPr>
                <w:rFonts w:cs="맑은 고딕" w:hint="eastAsia"/>
                <w:b/>
              </w:rPr>
              <w:t>소속기관</w:t>
            </w:r>
          </w:p>
        </w:tc>
        <w:tc>
          <w:tcPr>
            <w:tcW w:w="351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2C1C11" w14:textId="77777777" w:rsidR="006C5AD4" w:rsidRDefault="006C5AD4">
            <w:pPr>
              <w:spacing w:line="240" w:lineRule="auto"/>
            </w:pPr>
          </w:p>
        </w:tc>
      </w:tr>
      <w:tr w:rsidR="006C5AD4" w14:paraId="162A2759" w14:textId="77777777">
        <w:trPr>
          <w:cantSplit/>
          <w:jc w:val="center"/>
        </w:trPr>
        <w:tc>
          <w:tcPr>
            <w:tcW w:w="158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EF6272" w14:textId="77777777" w:rsidR="006C5AD4" w:rsidRDefault="008E2B3B">
            <w:pPr>
              <w:spacing w:line="240" w:lineRule="auto"/>
              <w:jc w:val="center"/>
            </w:pPr>
            <w:r>
              <w:rPr>
                <w:rFonts w:cs="맑은 고딕" w:hint="eastAsia"/>
                <w:b/>
              </w:rPr>
              <w:t>대학·학과</w:t>
            </w:r>
            <w:r>
              <w:rPr>
                <w:rFonts w:cs="맑은 고딕" w:hint="eastAsia"/>
                <w:b/>
              </w:rPr>
              <w:t>/</w:t>
            </w:r>
            <w:r>
              <w:rPr>
                <w:rFonts w:cs="맑은 고딕" w:hint="eastAsia"/>
                <w:b/>
              </w:rPr>
              <w:t>부서</w:t>
            </w:r>
          </w:p>
        </w:tc>
        <w:tc>
          <w:tcPr>
            <w:tcW w:w="351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A08B46" w14:textId="77777777" w:rsidR="006C5AD4" w:rsidRDefault="006C5AD4">
            <w:pPr>
              <w:spacing w:line="240" w:lineRule="auto"/>
            </w:pPr>
          </w:p>
        </w:tc>
        <w:tc>
          <w:tcPr>
            <w:tcW w:w="158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0BF0CC" w14:textId="77777777" w:rsidR="006C5AD4" w:rsidRDefault="008E2B3B">
            <w:pPr>
              <w:spacing w:line="240" w:lineRule="auto"/>
              <w:jc w:val="center"/>
            </w:pPr>
            <w:r>
              <w:rPr>
                <w:rFonts w:cs="맑은 고딕" w:hint="eastAsia"/>
                <w:b/>
              </w:rPr>
              <w:t>신분</w:t>
            </w:r>
          </w:p>
        </w:tc>
        <w:tc>
          <w:tcPr>
            <w:tcW w:w="351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2178F4" w14:textId="77777777" w:rsidR="006C5AD4" w:rsidRDefault="008E2B3B">
            <w:pPr>
              <w:spacing w:line="240" w:lineRule="auto"/>
              <w:rPr>
                <w:lang w:eastAsia="ko-KR"/>
              </w:rPr>
            </w:pPr>
            <w:r>
              <w:rPr>
                <w:rFonts w:cs="맑은 고딕" w:hint="eastAsia"/>
                <w:sz w:val="17"/>
                <w:lang w:eastAsia="ko-KR"/>
              </w:rPr>
              <w:t>□</w:t>
            </w:r>
            <w:r>
              <w:rPr>
                <w:rFonts w:cs="맑은 고딕" w:hint="eastAsia"/>
                <w:sz w:val="17"/>
                <w:lang w:eastAsia="ko-KR"/>
              </w:rPr>
              <w:t xml:space="preserve"> </w:t>
            </w:r>
            <w:proofErr w:type="gramStart"/>
            <w:r>
              <w:rPr>
                <w:rFonts w:cs="맑은 고딕" w:hint="eastAsia"/>
                <w:sz w:val="17"/>
                <w:lang w:eastAsia="ko-KR"/>
              </w:rPr>
              <w:t>학부생</w:t>
            </w:r>
            <w:r>
              <w:rPr>
                <w:rFonts w:cs="맑은 고딕" w:hint="eastAsia"/>
                <w:sz w:val="17"/>
                <w:lang w:eastAsia="ko-KR"/>
              </w:rPr>
              <w:t xml:space="preserve">  </w:t>
            </w:r>
            <w:r>
              <w:rPr>
                <w:rFonts w:cs="맑은 고딕" w:hint="eastAsia"/>
                <w:sz w:val="17"/>
                <w:lang w:eastAsia="ko-KR"/>
              </w:rPr>
              <w:t>□</w:t>
            </w:r>
            <w:proofErr w:type="gramEnd"/>
            <w:r>
              <w:rPr>
                <w:rFonts w:cs="맑은 고딕" w:hint="eastAsia"/>
                <w:sz w:val="17"/>
                <w:lang w:eastAsia="ko-KR"/>
              </w:rPr>
              <w:t xml:space="preserve"> </w:t>
            </w:r>
            <w:r>
              <w:rPr>
                <w:rFonts w:cs="맑은 고딕" w:hint="eastAsia"/>
                <w:sz w:val="17"/>
                <w:lang w:eastAsia="ko-KR"/>
              </w:rPr>
              <w:t>의과대학생</w:t>
            </w:r>
            <w:r>
              <w:rPr>
                <w:rFonts w:cs="맑은 고딕" w:hint="eastAsia"/>
                <w:sz w:val="17"/>
                <w:lang w:eastAsia="ko-KR"/>
              </w:rPr>
              <w:t xml:space="preserve">  </w:t>
            </w:r>
            <w:r>
              <w:rPr>
                <w:rFonts w:cs="맑은 고딕" w:hint="eastAsia"/>
                <w:sz w:val="17"/>
                <w:lang w:eastAsia="ko-KR"/>
              </w:rPr>
              <w:t>□</w:t>
            </w:r>
            <w:r>
              <w:rPr>
                <w:rFonts w:cs="맑은 고딕" w:hint="eastAsia"/>
                <w:sz w:val="17"/>
                <w:lang w:eastAsia="ko-KR"/>
              </w:rPr>
              <w:t xml:space="preserve"> </w:t>
            </w:r>
            <w:r>
              <w:rPr>
                <w:rFonts w:cs="맑은 고딕" w:hint="eastAsia"/>
                <w:sz w:val="17"/>
                <w:lang w:eastAsia="ko-KR"/>
              </w:rPr>
              <w:t>대학원생</w:t>
            </w:r>
            <w:r>
              <w:rPr>
                <w:rFonts w:cs="맑은 고딕" w:hint="eastAsia"/>
                <w:lang w:eastAsia="ko-KR"/>
              </w:rPr>
              <w:br/>
            </w:r>
            <w:r>
              <w:rPr>
                <w:rFonts w:cs="맑은 고딕" w:hint="eastAsia"/>
                <w:sz w:val="17"/>
                <w:lang w:eastAsia="ko-KR"/>
              </w:rPr>
              <w:t>□</w:t>
            </w:r>
            <w:r>
              <w:rPr>
                <w:rFonts w:cs="맑은 고딕" w:hint="eastAsia"/>
                <w:sz w:val="17"/>
                <w:lang w:eastAsia="ko-KR"/>
              </w:rPr>
              <w:t xml:space="preserve"> </w:t>
            </w:r>
            <w:r>
              <w:rPr>
                <w:rFonts w:cs="맑은 고딕" w:hint="eastAsia"/>
                <w:sz w:val="17"/>
                <w:lang w:eastAsia="ko-KR"/>
              </w:rPr>
              <w:t>전공의</w:t>
            </w:r>
            <w:r>
              <w:rPr>
                <w:rFonts w:cs="맑은 고딕" w:hint="eastAsia"/>
                <w:sz w:val="17"/>
                <w:lang w:eastAsia="ko-KR"/>
              </w:rPr>
              <w:t xml:space="preserve">  </w:t>
            </w:r>
            <w:r>
              <w:rPr>
                <w:rFonts w:cs="맑은 고딕" w:hint="eastAsia"/>
                <w:sz w:val="17"/>
                <w:lang w:eastAsia="ko-KR"/>
              </w:rPr>
              <w:t>□</w:t>
            </w:r>
            <w:r>
              <w:rPr>
                <w:rFonts w:cs="맑은 고딕" w:hint="eastAsia"/>
                <w:sz w:val="17"/>
                <w:lang w:eastAsia="ko-KR"/>
              </w:rPr>
              <w:t xml:space="preserve"> </w:t>
            </w:r>
            <w:r>
              <w:rPr>
                <w:rFonts w:cs="맑은 고딕" w:hint="eastAsia"/>
                <w:sz w:val="17"/>
                <w:lang w:eastAsia="ko-KR"/>
              </w:rPr>
              <w:t>임상의사</w:t>
            </w:r>
            <w:r>
              <w:rPr>
                <w:rFonts w:cs="맑은 고딕" w:hint="eastAsia"/>
                <w:sz w:val="17"/>
                <w:lang w:eastAsia="ko-KR"/>
              </w:rPr>
              <w:t xml:space="preserve">  </w:t>
            </w:r>
            <w:r>
              <w:rPr>
                <w:rFonts w:cs="맑은 고딕" w:hint="eastAsia"/>
                <w:sz w:val="17"/>
                <w:lang w:eastAsia="ko-KR"/>
              </w:rPr>
              <w:t>□</w:t>
            </w:r>
            <w:r>
              <w:rPr>
                <w:rFonts w:cs="맑은 고딕" w:hint="eastAsia"/>
                <w:sz w:val="17"/>
                <w:lang w:eastAsia="ko-KR"/>
              </w:rPr>
              <w:t xml:space="preserve"> </w:t>
            </w:r>
            <w:r>
              <w:rPr>
                <w:rFonts w:cs="맑은 고딕" w:hint="eastAsia"/>
                <w:sz w:val="17"/>
                <w:lang w:eastAsia="ko-KR"/>
              </w:rPr>
              <w:t>박사후연구원</w:t>
            </w:r>
            <w:r>
              <w:rPr>
                <w:rFonts w:cs="맑은 고딕" w:hint="eastAsia"/>
                <w:lang w:eastAsia="ko-KR"/>
              </w:rPr>
              <w:br/>
            </w:r>
            <w:r>
              <w:rPr>
                <w:rFonts w:cs="맑은 고딕" w:hint="eastAsia"/>
                <w:sz w:val="17"/>
                <w:lang w:eastAsia="ko-KR"/>
              </w:rPr>
              <w:t>□</w:t>
            </w:r>
            <w:r>
              <w:rPr>
                <w:rFonts w:cs="맑은 고딕" w:hint="eastAsia"/>
                <w:sz w:val="17"/>
                <w:lang w:eastAsia="ko-KR"/>
              </w:rPr>
              <w:t xml:space="preserve"> </w:t>
            </w:r>
            <w:r>
              <w:rPr>
                <w:rFonts w:cs="맑은 고딕" w:hint="eastAsia"/>
                <w:sz w:val="17"/>
                <w:lang w:eastAsia="ko-KR"/>
              </w:rPr>
              <w:t>연구원</w:t>
            </w:r>
            <w:r>
              <w:rPr>
                <w:rFonts w:cs="맑은 고딕" w:hint="eastAsia"/>
                <w:sz w:val="17"/>
                <w:lang w:eastAsia="ko-KR"/>
              </w:rPr>
              <w:t xml:space="preserve">  </w:t>
            </w:r>
            <w:r>
              <w:rPr>
                <w:rFonts w:cs="맑은 고딕" w:hint="eastAsia"/>
                <w:sz w:val="17"/>
                <w:lang w:eastAsia="ko-KR"/>
              </w:rPr>
              <w:t>□</w:t>
            </w:r>
            <w:r>
              <w:rPr>
                <w:rFonts w:cs="맑은 고딕" w:hint="eastAsia"/>
                <w:sz w:val="17"/>
                <w:lang w:eastAsia="ko-KR"/>
              </w:rPr>
              <w:t xml:space="preserve"> </w:t>
            </w:r>
            <w:r>
              <w:rPr>
                <w:rFonts w:cs="맑은 고딕" w:hint="eastAsia"/>
                <w:sz w:val="17"/>
                <w:lang w:eastAsia="ko-KR"/>
              </w:rPr>
              <w:t>기타</w:t>
            </w:r>
            <w:r>
              <w:rPr>
                <w:rFonts w:cs="맑은 고딕" w:hint="eastAsia"/>
                <w:sz w:val="17"/>
                <w:lang w:eastAsia="ko-KR"/>
              </w:rPr>
              <w:t>(              )</w:t>
            </w:r>
          </w:p>
        </w:tc>
      </w:tr>
      <w:tr w:rsidR="006C5AD4" w14:paraId="4B352AD8" w14:textId="77777777">
        <w:trPr>
          <w:cantSplit/>
          <w:jc w:val="center"/>
        </w:trPr>
        <w:tc>
          <w:tcPr>
            <w:tcW w:w="158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343ABA" w14:textId="77777777" w:rsidR="006C5AD4" w:rsidRDefault="008E2B3B">
            <w:pPr>
              <w:spacing w:line="240" w:lineRule="auto"/>
              <w:jc w:val="center"/>
            </w:pPr>
            <w:proofErr w:type="spellStart"/>
            <w:r>
              <w:rPr>
                <w:rFonts w:cs="맑은 고딕" w:hint="eastAsia"/>
                <w:b/>
              </w:rPr>
              <w:t>학년·수련연차</w:t>
            </w:r>
            <w:proofErr w:type="spellEnd"/>
          </w:p>
        </w:tc>
        <w:tc>
          <w:tcPr>
            <w:tcW w:w="351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BDD0A7" w14:textId="77777777" w:rsidR="006C5AD4" w:rsidRDefault="006C5AD4">
            <w:pPr>
              <w:spacing w:line="240" w:lineRule="auto"/>
            </w:pPr>
          </w:p>
        </w:tc>
        <w:tc>
          <w:tcPr>
            <w:tcW w:w="158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FA83C4" w14:textId="77777777" w:rsidR="006C5AD4" w:rsidRDefault="008E2B3B">
            <w:pPr>
              <w:spacing w:line="240" w:lineRule="auto"/>
              <w:jc w:val="center"/>
            </w:pPr>
            <w:r>
              <w:rPr>
                <w:rFonts w:cs="맑은 고딕" w:hint="eastAsia"/>
                <w:b/>
              </w:rPr>
              <w:t>의사면허</w:t>
            </w:r>
          </w:p>
        </w:tc>
        <w:tc>
          <w:tcPr>
            <w:tcW w:w="351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9DBBA9" w14:textId="77777777" w:rsidR="006C5AD4" w:rsidRDefault="008E2B3B">
            <w:pPr>
              <w:spacing w:line="240" w:lineRule="auto"/>
              <w:rPr>
                <w:lang w:eastAsia="ko-KR"/>
              </w:rPr>
            </w:pPr>
            <w:r>
              <w:rPr>
                <w:rFonts w:cs="맑은 고딕" w:hint="eastAsia"/>
                <w:sz w:val="17"/>
                <w:lang w:eastAsia="ko-KR"/>
              </w:rPr>
              <w:t>□</w:t>
            </w:r>
            <w:r>
              <w:rPr>
                <w:rFonts w:cs="맑은 고딕" w:hint="eastAsia"/>
                <w:sz w:val="17"/>
                <w:lang w:eastAsia="ko-KR"/>
              </w:rPr>
              <w:t xml:space="preserve"> </w:t>
            </w:r>
            <w:r>
              <w:rPr>
                <w:rFonts w:cs="맑은 고딕" w:hint="eastAsia"/>
                <w:sz w:val="17"/>
                <w:lang w:eastAsia="ko-KR"/>
              </w:rPr>
              <w:t>해당</w:t>
            </w:r>
            <w:r>
              <w:rPr>
                <w:rFonts w:cs="맑은 고딕" w:hint="eastAsia"/>
                <w:sz w:val="17"/>
                <w:lang w:eastAsia="ko-KR"/>
              </w:rPr>
              <w:t xml:space="preserve"> </w:t>
            </w:r>
            <w:proofErr w:type="gramStart"/>
            <w:r>
              <w:rPr>
                <w:rFonts w:cs="맑은 고딕" w:hint="eastAsia"/>
                <w:sz w:val="17"/>
                <w:lang w:eastAsia="ko-KR"/>
              </w:rPr>
              <w:t>없음</w:t>
            </w:r>
            <w:r>
              <w:rPr>
                <w:rFonts w:cs="맑은 고딕" w:hint="eastAsia"/>
                <w:sz w:val="17"/>
                <w:lang w:eastAsia="ko-KR"/>
              </w:rPr>
              <w:t xml:space="preserve">  </w:t>
            </w:r>
            <w:r>
              <w:rPr>
                <w:rFonts w:cs="맑은 고딕" w:hint="eastAsia"/>
                <w:sz w:val="17"/>
                <w:lang w:eastAsia="ko-KR"/>
              </w:rPr>
              <w:t>□</w:t>
            </w:r>
            <w:proofErr w:type="gramEnd"/>
            <w:r>
              <w:rPr>
                <w:rFonts w:cs="맑은 고딕" w:hint="eastAsia"/>
                <w:sz w:val="17"/>
                <w:lang w:eastAsia="ko-KR"/>
              </w:rPr>
              <w:t xml:space="preserve"> </w:t>
            </w:r>
            <w:proofErr w:type="spellStart"/>
            <w:r>
              <w:rPr>
                <w:rFonts w:cs="맑은 고딕" w:hint="eastAsia"/>
                <w:sz w:val="17"/>
                <w:lang w:eastAsia="ko-KR"/>
              </w:rPr>
              <w:t>미보유</w:t>
            </w:r>
            <w:proofErr w:type="spellEnd"/>
            <w:r>
              <w:rPr>
                <w:rFonts w:cs="맑은 고딕" w:hint="eastAsia"/>
                <w:sz w:val="17"/>
                <w:lang w:eastAsia="ko-KR"/>
              </w:rPr>
              <w:t xml:space="preserve">  </w:t>
            </w:r>
            <w:r>
              <w:rPr>
                <w:rFonts w:cs="맑은 고딕" w:hint="eastAsia"/>
                <w:sz w:val="17"/>
                <w:lang w:eastAsia="ko-KR"/>
              </w:rPr>
              <w:t>□</w:t>
            </w:r>
            <w:r>
              <w:rPr>
                <w:rFonts w:cs="맑은 고딕" w:hint="eastAsia"/>
                <w:sz w:val="17"/>
                <w:lang w:eastAsia="ko-KR"/>
              </w:rPr>
              <w:t xml:space="preserve"> </w:t>
            </w:r>
            <w:r>
              <w:rPr>
                <w:rFonts w:cs="맑은 고딕" w:hint="eastAsia"/>
                <w:sz w:val="17"/>
                <w:lang w:eastAsia="ko-KR"/>
              </w:rPr>
              <w:t>보유</w:t>
            </w:r>
          </w:p>
        </w:tc>
      </w:tr>
    </w:tbl>
    <w:p w14:paraId="1E31CE0C" w14:textId="35A2EF4F" w:rsidR="006C5AD4" w:rsidRDefault="006C5AD4">
      <w:pPr>
        <w:spacing w:after="40" w:line="240" w:lineRule="auto"/>
      </w:pPr>
    </w:p>
    <w:p w14:paraId="46C37F31" w14:textId="54F35E4E" w:rsidR="00172A29" w:rsidRPr="00264052" w:rsidRDefault="00172A29">
      <w:pPr>
        <w:spacing w:after="40" w:line="240" w:lineRule="auto"/>
        <w:rPr>
          <w:sz w:val="20"/>
          <w:szCs w:val="24"/>
        </w:rPr>
      </w:pPr>
      <w:r w:rsidRPr="00264052">
        <w:rPr>
          <w:rFonts w:cs="맑은 고딕" w:hint="eastAsia"/>
          <w:b/>
          <w:sz w:val="20"/>
          <w:szCs w:val="24"/>
        </w:rPr>
        <w:t xml:space="preserve">1. </w:t>
      </w:r>
      <w:proofErr w:type="spellStart"/>
      <w:r w:rsidRPr="00264052">
        <w:rPr>
          <w:rFonts w:cs="맑은 고딕" w:hint="eastAsia"/>
          <w:b/>
          <w:sz w:val="20"/>
          <w:szCs w:val="24"/>
        </w:rPr>
        <w:t>교육</w:t>
      </w:r>
      <w:proofErr w:type="spellEnd"/>
      <w:r w:rsidRPr="00264052">
        <w:rPr>
          <w:rFonts w:cs="맑은 고딕" w:hint="eastAsia"/>
          <w:b/>
          <w:sz w:val="20"/>
          <w:szCs w:val="24"/>
        </w:rPr>
        <w:t xml:space="preserve"> </w:t>
      </w:r>
      <w:proofErr w:type="spellStart"/>
      <w:r w:rsidRPr="00264052">
        <w:rPr>
          <w:rFonts w:cs="맑은 고딕" w:hint="eastAsia"/>
          <w:b/>
          <w:sz w:val="20"/>
          <w:szCs w:val="24"/>
        </w:rPr>
        <w:t>참여</w:t>
      </w:r>
      <w:proofErr w:type="spellEnd"/>
      <w:r w:rsidRPr="00264052">
        <w:rPr>
          <w:rFonts w:cs="맑은 고딕" w:hint="eastAsia"/>
          <w:b/>
          <w:sz w:val="20"/>
          <w:szCs w:val="24"/>
        </w:rPr>
        <w:t xml:space="preserve"> </w:t>
      </w:r>
      <w:proofErr w:type="spellStart"/>
      <w:r w:rsidRPr="00264052">
        <w:rPr>
          <w:rFonts w:cs="맑은 고딕" w:hint="eastAsia"/>
          <w:b/>
          <w:sz w:val="20"/>
          <w:szCs w:val="24"/>
        </w:rPr>
        <w:t>가능</w:t>
      </w:r>
      <w:proofErr w:type="spellEnd"/>
      <w:r w:rsidRPr="00264052">
        <w:rPr>
          <w:rFonts w:cs="맑은 고딕" w:hint="eastAsia"/>
          <w:b/>
          <w:sz w:val="20"/>
          <w:szCs w:val="24"/>
        </w:rPr>
        <w:t xml:space="preserve"> </w:t>
      </w:r>
      <w:proofErr w:type="spellStart"/>
      <w:r w:rsidRPr="00264052">
        <w:rPr>
          <w:rFonts w:cs="맑은 고딕" w:hint="eastAsia"/>
          <w:b/>
          <w:sz w:val="20"/>
          <w:szCs w:val="24"/>
        </w:rPr>
        <w:t>여부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221"/>
        <w:gridCol w:w="1984"/>
      </w:tblGrid>
      <w:tr w:rsidR="00172A29" w14:paraId="72A95F43" w14:textId="77777777" w:rsidTr="001B7A28">
        <w:trPr>
          <w:cantSplit/>
          <w:trHeight w:val="20"/>
          <w:jc w:val="center"/>
        </w:trPr>
        <w:tc>
          <w:tcPr>
            <w:tcW w:w="822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979561" w14:textId="564425F2" w:rsidR="00172A29" w:rsidRPr="00172A29" w:rsidRDefault="00172A29" w:rsidP="00172A29">
            <w:pPr>
              <w:spacing w:line="240" w:lineRule="auto"/>
              <w:jc w:val="center"/>
              <w:rPr>
                <w:rFonts w:cs="맑은 고딕" w:hint="eastAsia"/>
                <w:b/>
                <w:bCs/>
                <w:szCs w:val="24"/>
                <w:lang w:eastAsia="ko-KR"/>
              </w:rPr>
            </w:pPr>
            <w:r w:rsidRPr="00172A29">
              <w:rPr>
                <w:rFonts w:cs="맑은 고딕" w:hint="eastAsia"/>
                <w:b/>
                <w:bCs/>
                <w:szCs w:val="24"/>
                <w:lang w:eastAsia="ko-KR"/>
              </w:rPr>
              <w:t>확인항목</w:t>
            </w:r>
          </w:p>
        </w:tc>
        <w:tc>
          <w:tcPr>
            <w:tcW w:w="198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4A6249" w14:textId="5815D6F1" w:rsidR="00172A29" w:rsidRPr="00172A29" w:rsidRDefault="00172A29" w:rsidP="00172A29">
            <w:pPr>
              <w:spacing w:line="240" w:lineRule="auto"/>
              <w:jc w:val="center"/>
              <w:rPr>
                <w:rFonts w:cs="맑은 고딕" w:hint="eastAsia"/>
                <w:b/>
                <w:bCs/>
                <w:szCs w:val="24"/>
                <w:lang w:eastAsia="ko-KR"/>
              </w:rPr>
            </w:pPr>
            <w:r w:rsidRPr="00172A29">
              <w:rPr>
                <w:rFonts w:cs="맑은 고딕" w:hint="eastAsia"/>
                <w:b/>
                <w:bCs/>
                <w:szCs w:val="24"/>
                <w:lang w:eastAsia="ko-KR"/>
              </w:rPr>
              <w:t>응답</w:t>
            </w:r>
          </w:p>
        </w:tc>
      </w:tr>
      <w:tr w:rsidR="006C5AD4" w14:paraId="44028AA8" w14:textId="77777777" w:rsidTr="001B7A28">
        <w:trPr>
          <w:cantSplit/>
          <w:trHeight w:val="20"/>
          <w:jc w:val="center"/>
        </w:trPr>
        <w:tc>
          <w:tcPr>
            <w:tcW w:w="822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BA6E09" w14:textId="77777777" w:rsidR="006C5AD4" w:rsidRPr="00172A29" w:rsidRDefault="008E2B3B" w:rsidP="001B7A28">
            <w:pPr>
              <w:spacing w:line="240" w:lineRule="auto"/>
              <w:ind w:leftChars="100" w:left="180"/>
              <w:rPr>
                <w:szCs w:val="24"/>
                <w:lang w:eastAsia="ko-KR"/>
              </w:rPr>
            </w:pPr>
            <w:r w:rsidRPr="00172A29">
              <w:rPr>
                <w:rFonts w:cs="맑은 고딕" w:hint="eastAsia"/>
                <w:szCs w:val="24"/>
                <w:lang w:eastAsia="ko-KR"/>
              </w:rPr>
              <w:t>평일에</w:t>
            </w:r>
            <w:r w:rsidRPr="00172A29">
              <w:rPr>
                <w:rFonts w:cs="맑은 고딕" w:hint="eastAsia"/>
                <w:szCs w:val="24"/>
                <w:lang w:eastAsia="ko-KR"/>
              </w:rPr>
              <w:t xml:space="preserve"> </w:t>
            </w:r>
            <w:r w:rsidRPr="00172A29">
              <w:rPr>
                <w:rFonts w:cs="맑은 고딕" w:hint="eastAsia"/>
                <w:szCs w:val="24"/>
                <w:lang w:eastAsia="ko-KR"/>
              </w:rPr>
              <w:t>운영되는</w:t>
            </w:r>
            <w:r w:rsidRPr="00172A29">
              <w:rPr>
                <w:rFonts w:cs="맑은 고딕" w:hint="eastAsia"/>
                <w:szCs w:val="24"/>
                <w:lang w:eastAsia="ko-KR"/>
              </w:rPr>
              <w:t xml:space="preserve"> </w:t>
            </w:r>
            <w:r w:rsidRPr="00172A29">
              <w:rPr>
                <w:rFonts w:cs="맑은 고딕" w:hint="eastAsia"/>
                <w:szCs w:val="24"/>
                <w:lang w:eastAsia="ko-KR"/>
              </w:rPr>
              <w:t>전체</w:t>
            </w:r>
            <w:r w:rsidRPr="00172A29">
              <w:rPr>
                <w:rFonts w:cs="맑은 고딕" w:hint="eastAsia"/>
                <w:szCs w:val="24"/>
                <w:lang w:eastAsia="ko-KR"/>
              </w:rPr>
              <w:t xml:space="preserve"> </w:t>
            </w:r>
            <w:r w:rsidRPr="00172A29">
              <w:rPr>
                <w:rFonts w:cs="맑은 고딕" w:hint="eastAsia"/>
                <w:szCs w:val="24"/>
                <w:lang w:eastAsia="ko-KR"/>
              </w:rPr>
              <w:t>교육과정의</w:t>
            </w:r>
            <w:r w:rsidRPr="00172A29">
              <w:rPr>
                <w:rFonts w:cs="맑은 고딕" w:hint="eastAsia"/>
                <w:szCs w:val="24"/>
                <w:lang w:eastAsia="ko-KR"/>
              </w:rPr>
              <w:t xml:space="preserve"> 80% </w:t>
            </w:r>
            <w:r w:rsidRPr="00172A29">
              <w:rPr>
                <w:rFonts w:cs="맑은 고딕" w:hint="eastAsia"/>
                <w:szCs w:val="24"/>
                <w:lang w:eastAsia="ko-KR"/>
              </w:rPr>
              <w:t>이상</w:t>
            </w:r>
            <w:r w:rsidRPr="00172A29">
              <w:rPr>
                <w:rFonts w:cs="맑은 고딕" w:hint="eastAsia"/>
                <w:szCs w:val="24"/>
                <w:lang w:eastAsia="ko-KR"/>
              </w:rPr>
              <w:t xml:space="preserve"> </w:t>
            </w:r>
            <w:r w:rsidRPr="00172A29">
              <w:rPr>
                <w:rFonts w:cs="맑은 고딕" w:hint="eastAsia"/>
                <w:szCs w:val="24"/>
                <w:lang w:eastAsia="ko-KR"/>
              </w:rPr>
              <w:t>참여</w:t>
            </w:r>
            <w:r w:rsidRPr="00172A29">
              <w:rPr>
                <w:rFonts w:cs="맑은 고딕" w:hint="eastAsia"/>
                <w:szCs w:val="24"/>
                <w:lang w:eastAsia="ko-KR"/>
              </w:rPr>
              <w:t xml:space="preserve"> </w:t>
            </w:r>
            <w:r w:rsidRPr="00172A29">
              <w:rPr>
                <w:rFonts w:cs="맑은 고딕" w:hint="eastAsia"/>
                <w:szCs w:val="24"/>
                <w:lang w:eastAsia="ko-KR"/>
              </w:rPr>
              <w:t>가능</w:t>
            </w:r>
          </w:p>
        </w:tc>
        <w:tc>
          <w:tcPr>
            <w:tcW w:w="198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1C3AA4" w14:textId="77777777" w:rsidR="006C5AD4" w:rsidRPr="00172A29" w:rsidRDefault="008E2B3B">
            <w:pPr>
              <w:spacing w:line="240" w:lineRule="auto"/>
              <w:jc w:val="center"/>
              <w:rPr>
                <w:szCs w:val="24"/>
              </w:rPr>
            </w:pPr>
            <w:r w:rsidRPr="00172A29">
              <w:rPr>
                <w:rFonts w:cs="맑은 고딕" w:hint="eastAsia"/>
                <w:szCs w:val="24"/>
              </w:rPr>
              <w:t>□</w:t>
            </w:r>
            <w:r w:rsidRPr="00172A29">
              <w:rPr>
                <w:rFonts w:cs="맑은 고딕" w:hint="eastAsia"/>
                <w:szCs w:val="24"/>
              </w:rPr>
              <w:t xml:space="preserve"> </w:t>
            </w:r>
            <w:r w:rsidRPr="00172A29">
              <w:rPr>
                <w:rFonts w:cs="맑은 고딕" w:hint="eastAsia"/>
                <w:szCs w:val="24"/>
              </w:rPr>
              <w:t>예</w:t>
            </w:r>
            <w:r w:rsidRPr="00172A29">
              <w:rPr>
                <w:rFonts w:cs="맑은 고딕" w:hint="eastAsia"/>
                <w:szCs w:val="24"/>
              </w:rPr>
              <w:t xml:space="preserve">    </w:t>
            </w:r>
            <w:r w:rsidRPr="00172A29">
              <w:rPr>
                <w:rFonts w:cs="맑은 고딕" w:hint="eastAsia"/>
                <w:szCs w:val="24"/>
              </w:rPr>
              <w:t>□</w:t>
            </w:r>
            <w:r w:rsidRPr="00172A29">
              <w:rPr>
                <w:rFonts w:cs="맑은 고딕" w:hint="eastAsia"/>
                <w:szCs w:val="24"/>
              </w:rPr>
              <w:t xml:space="preserve"> </w:t>
            </w:r>
            <w:proofErr w:type="spellStart"/>
            <w:r w:rsidRPr="00172A29">
              <w:rPr>
                <w:rFonts w:cs="맑은 고딕" w:hint="eastAsia"/>
                <w:szCs w:val="24"/>
              </w:rPr>
              <w:t>아니오</w:t>
            </w:r>
            <w:proofErr w:type="spellEnd"/>
          </w:p>
        </w:tc>
      </w:tr>
      <w:tr w:rsidR="006C5AD4" w14:paraId="15AD4F1C" w14:textId="77777777" w:rsidTr="001B7A28">
        <w:trPr>
          <w:cantSplit/>
          <w:trHeight w:val="20"/>
          <w:jc w:val="center"/>
        </w:trPr>
        <w:tc>
          <w:tcPr>
            <w:tcW w:w="822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8E2A25" w14:textId="77777777" w:rsidR="006C5AD4" w:rsidRPr="00172A29" w:rsidRDefault="008E2B3B" w:rsidP="001B7A28">
            <w:pPr>
              <w:spacing w:line="240" w:lineRule="auto"/>
              <w:ind w:leftChars="100" w:left="180"/>
              <w:rPr>
                <w:szCs w:val="24"/>
                <w:lang w:eastAsia="ko-KR"/>
              </w:rPr>
            </w:pPr>
            <w:r w:rsidRPr="00172A29">
              <w:rPr>
                <w:rFonts w:cs="맑은 고딕" w:hint="eastAsia"/>
                <w:szCs w:val="24"/>
                <w:lang w:eastAsia="ko-KR"/>
              </w:rPr>
              <w:t>글로벌</w:t>
            </w:r>
            <w:r w:rsidRPr="00172A29">
              <w:rPr>
                <w:rFonts w:cs="맑은 고딕" w:hint="eastAsia"/>
                <w:szCs w:val="24"/>
                <w:lang w:eastAsia="ko-KR"/>
              </w:rPr>
              <w:t xml:space="preserve"> </w:t>
            </w:r>
            <w:r w:rsidRPr="00172A29">
              <w:rPr>
                <w:rFonts w:cs="맑은 고딕" w:hint="eastAsia"/>
                <w:szCs w:val="24"/>
                <w:lang w:eastAsia="ko-KR"/>
              </w:rPr>
              <w:t>석학</w:t>
            </w:r>
            <w:r w:rsidRPr="00172A29">
              <w:rPr>
                <w:rFonts w:cs="맑은 고딕" w:hint="eastAsia"/>
                <w:szCs w:val="24"/>
                <w:lang w:eastAsia="ko-KR"/>
              </w:rPr>
              <w:t xml:space="preserve"> </w:t>
            </w:r>
            <w:r w:rsidRPr="00172A29">
              <w:rPr>
                <w:rFonts w:cs="맑은 고딕" w:hint="eastAsia"/>
                <w:szCs w:val="24"/>
                <w:lang w:eastAsia="ko-KR"/>
              </w:rPr>
              <w:t>멘토링</w:t>
            </w:r>
            <w:r w:rsidRPr="00172A29">
              <w:rPr>
                <w:rFonts w:cs="맑은 고딕" w:hint="eastAsia"/>
                <w:szCs w:val="24"/>
                <w:lang w:eastAsia="ko-KR"/>
              </w:rPr>
              <w:t xml:space="preserve"> </w:t>
            </w:r>
            <w:r w:rsidRPr="00172A29">
              <w:rPr>
                <w:rFonts w:cs="맑은 고딕" w:hint="eastAsia"/>
                <w:szCs w:val="24"/>
                <w:lang w:eastAsia="ko-KR"/>
              </w:rPr>
              <w:t>참여</w:t>
            </w:r>
            <w:r w:rsidRPr="00172A29">
              <w:rPr>
                <w:rFonts w:cs="맑은 고딕" w:hint="eastAsia"/>
                <w:szCs w:val="24"/>
                <w:lang w:eastAsia="ko-KR"/>
              </w:rPr>
              <w:t xml:space="preserve"> </w:t>
            </w:r>
            <w:r w:rsidRPr="00172A29">
              <w:rPr>
                <w:rFonts w:cs="맑은 고딕" w:hint="eastAsia"/>
                <w:szCs w:val="24"/>
                <w:lang w:eastAsia="ko-KR"/>
              </w:rPr>
              <w:t>가능</w:t>
            </w:r>
          </w:p>
        </w:tc>
        <w:tc>
          <w:tcPr>
            <w:tcW w:w="198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F3A27C" w14:textId="77777777" w:rsidR="006C5AD4" w:rsidRPr="00172A29" w:rsidRDefault="008E2B3B">
            <w:pPr>
              <w:spacing w:line="240" w:lineRule="auto"/>
              <w:jc w:val="center"/>
              <w:rPr>
                <w:szCs w:val="24"/>
              </w:rPr>
            </w:pPr>
            <w:r w:rsidRPr="00172A29">
              <w:rPr>
                <w:rFonts w:cs="맑은 고딕" w:hint="eastAsia"/>
                <w:szCs w:val="24"/>
              </w:rPr>
              <w:t>□</w:t>
            </w:r>
            <w:r w:rsidRPr="00172A29">
              <w:rPr>
                <w:rFonts w:cs="맑은 고딕" w:hint="eastAsia"/>
                <w:szCs w:val="24"/>
              </w:rPr>
              <w:t xml:space="preserve"> </w:t>
            </w:r>
            <w:r w:rsidRPr="00172A29">
              <w:rPr>
                <w:rFonts w:cs="맑은 고딕" w:hint="eastAsia"/>
                <w:szCs w:val="24"/>
              </w:rPr>
              <w:t>예</w:t>
            </w:r>
            <w:r w:rsidRPr="00172A29">
              <w:rPr>
                <w:rFonts w:cs="맑은 고딕" w:hint="eastAsia"/>
                <w:szCs w:val="24"/>
              </w:rPr>
              <w:t xml:space="preserve">    </w:t>
            </w:r>
            <w:r w:rsidRPr="00172A29">
              <w:rPr>
                <w:rFonts w:cs="맑은 고딕" w:hint="eastAsia"/>
                <w:szCs w:val="24"/>
              </w:rPr>
              <w:t>□</w:t>
            </w:r>
            <w:r w:rsidRPr="00172A29">
              <w:rPr>
                <w:rFonts w:cs="맑은 고딕" w:hint="eastAsia"/>
                <w:szCs w:val="24"/>
              </w:rPr>
              <w:t xml:space="preserve"> </w:t>
            </w:r>
            <w:proofErr w:type="spellStart"/>
            <w:r w:rsidRPr="00172A29">
              <w:rPr>
                <w:rFonts w:cs="맑은 고딕" w:hint="eastAsia"/>
                <w:szCs w:val="24"/>
              </w:rPr>
              <w:t>아니오</w:t>
            </w:r>
            <w:proofErr w:type="spellEnd"/>
          </w:p>
        </w:tc>
      </w:tr>
      <w:tr w:rsidR="006C5AD4" w14:paraId="6C5800DC" w14:textId="77777777" w:rsidTr="001B7A28">
        <w:trPr>
          <w:cantSplit/>
          <w:trHeight w:val="20"/>
          <w:jc w:val="center"/>
        </w:trPr>
        <w:tc>
          <w:tcPr>
            <w:tcW w:w="822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C09367" w14:textId="77777777" w:rsidR="006C5AD4" w:rsidRPr="00172A29" w:rsidRDefault="008E2B3B" w:rsidP="001B7A28">
            <w:pPr>
              <w:spacing w:line="240" w:lineRule="auto"/>
              <w:ind w:leftChars="100" w:left="180"/>
              <w:rPr>
                <w:szCs w:val="24"/>
                <w:lang w:eastAsia="ko-KR"/>
              </w:rPr>
            </w:pPr>
            <w:r w:rsidRPr="00172A29">
              <w:rPr>
                <w:rFonts w:cs="맑은 고딕" w:hint="eastAsia"/>
                <w:szCs w:val="24"/>
                <w:lang w:eastAsia="ko-KR"/>
              </w:rPr>
              <w:t>13</w:t>
            </w:r>
            <w:r w:rsidRPr="00172A29">
              <w:rPr>
                <w:rFonts w:cs="맑은 고딕" w:hint="eastAsia"/>
                <w:szCs w:val="24"/>
                <w:lang w:eastAsia="ko-KR"/>
              </w:rPr>
              <w:t>주차</w:t>
            </w:r>
            <w:r w:rsidRPr="00172A29">
              <w:rPr>
                <w:rFonts w:cs="맑은 고딕" w:hint="eastAsia"/>
                <w:szCs w:val="24"/>
                <w:lang w:eastAsia="ko-KR"/>
              </w:rPr>
              <w:t xml:space="preserve"> </w:t>
            </w:r>
            <w:r w:rsidRPr="00172A29">
              <w:rPr>
                <w:rFonts w:cs="맑은 고딕" w:hint="eastAsia"/>
                <w:szCs w:val="24"/>
                <w:lang w:eastAsia="ko-KR"/>
              </w:rPr>
              <w:t>국제학술세미나</w:t>
            </w:r>
            <w:r w:rsidRPr="00172A29">
              <w:rPr>
                <w:rFonts w:cs="맑은 고딕" w:hint="eastAsia"/>
                <w:szCs w:val="24"/>
                <w:lang w:eastAsia="ko-KR"/>
              </w:rPr>
              <w:t xml:space="preserve"> </w:t>
            </w:r>
            <w:r w:rsidRPr="00172A29">
              <w:rPr>
                <w:rFonts w:cs="맑은 고딕" w:hint="eastAsia"/>
                <w:szCs w:val="24"/>
                <w:lang w:eastAsia="ko-KR"/>
              </w:rPr>
              <w:t>참여</w:t>
            </w:r>
            <w:r w:rsidRPr="00172A29">
              <w:rPr>
                <w:rFonts w:cs="맑은 고딕" w:hint="eastAsia"/>
                <w:szCs w:val="24"/>
                <w:lang w:eastAsia="ko-KR"/>
              </w:rPr>
              <w:t xml:space="preserve"> </w:t>
            </w:r>
            <w:r w:rsidRPr="00172A29">
              <w:rPr>
                <w:rFonts w:cs="맑은 고딕" w:hint="eastAsia"/>
                <w:szCs w:val="24"/>
                <w:lang w:eastAsia="ko-KR"/>
              </w:rPr>
              <w:t>가능</w:t>
            </w:r>
          </w:p>
        </w:tc>
        <w:tc>
          <w:tcPr>
            <w:tcW w:w="198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E3B307" w14:textId="77777777" w:rsidR="006C5AD4" w:rsidRPr="00172A29" w:rsidRDefault="008E2B3B">
            <w:pPr>
              <w:spacing w:line="240" w:lineRule="auto"/>
              <w:jc w:val="center"/>
              <w:rPr>
                <w:szCs w:val="24"/>
              </w:rPr>
            </w:pPr>
            <w:r w:rsidRPr="00172A29">
              <w:rPr>
                <w:rFonts w:cs="맑은 고딕" w:hint="eastAsia"/>
                <w:szCs w:val="24"/>
              </w:rPr>
              <w:t>□</w:t>
            </w:r>
            <w:r w:rsidRPr="00172A29">
              <w:rPr>
                <w:rFonts w:cs="맑은 고딕" w:hint="eastAsia"/>
                <w:szCs w:val="24"/>
              </w:rPr>
              <w:t xml:space="preserve"> </w:t>
            </w:r>
            <w:r w:rsidRPr="00172A29">
              <w:rPr>
                <w:rFonts w:cs="맑은 고딕" w:hint="eastAsia"/>
                <w:szCs w:val="24"/>
              </w:rPr>
              <w:t>예</w:t>
            </w:r>
            <w:r w:rsidRPr="00172A29">
              <w:rPr>
                <w:rFonts w:cs="맑은 고딕" w:hint="eastAsia"/>
                <w:szCs w:val="24"/>
              </w:rPr>
              <w:t xml:space="preserve">    </w:t>
            </w:r>
            <w:r w:rsidRPr="00172A29">
              <w:rPr>
                <w:rFonts w:cs="맑은 고딕" w:hint="eastAsia"/>
                <w:szCs w:val="24"/>
              </w:rPr>
              <w:t>□</w:t>
            </w:r>
            <w:r w:rsidRPr="00172A29">
              <w:rPr>
                <w:rFonts w:cs="맑은 고딕" w:hint="eastAsia"/>
                <w:szCs w:val="24"/>
              </w:rPr>
              <w:t xml:space="preserve"> </w:t>
            </w:r>
            <w:proofErr w:type="spellStart"/>
            <w:r w:rsidRPr="00172A29">
              <w:rPr>
                <w:rFonts w:cs="맑은 고딕" w:hint="eastAsia"/>
                <w:szCs w:val="24"/>
              </w:rPr>
              <w:t>아니오</w:t>
            </w:r>
            <w:proofErr w:type="spellEnd"/>
          </w:p>
        </w:tc>
      </w:tr>
      <w:tr w:rsidR="006C5AD4" w14:paraId="3EA6A2FA" w14:textId="77777777" w:rsidTr="001B7A28">
        <w:trPr>
          <w:cantSplit/>
          <w:trHeight w:val="20"/>
          <w:jc w:val="center"/>
        </w:trPr>
        <w:tc>
          <w:tcPr>
            <w:tcW w:w="822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25F8A7" w14:textId="77777777" w:rsidR="006C5AD4" w:rsidRPr="00172A29" w:rsidRDefault="008E2B3B" w:rsidP="001B7A28">
            <w:pPr>
              <w:spacing w:line="240" w:lineRule="auto"/>
              <w:ind w:leftChars="100" w:left="180"/>
              <w:rPr>
                <w:szCs w:val="24"/>
                <w:lang w:eastAsia="ko-KR"/>
              </w:rPr>
            </w:pPr>
            <w:r w:rsidRPr="00172A29">
              <w:rPr>
                <w:rFonts w:cs="맑은 고딕" w:hint="eastAsia"/>
                <w:szCs w:val="24"/>
                <w:lang w:eastAsia="ko-KR"/>
              </w:rPr>
              <w:t>실험실</w:t>
            </w:r>
            <w:r w:rsidRPr="00172A29">
              <w:rPr>
                <w:rFonts w:cs="맑은 고딕" w:hint="eastAsia"/>
                <w:szCs w:val="24"/>
                <w:lang w:eastAsia="ko-KR"/>
              </w:rPr>
              <w:t xml:space="preserve"> </w:t>
            </w:r>
            <w:r w:rsidRPr="00172A29">
              <w:rPr>
                <w:rFonts w:cs="맑은 고딕" w:hint="eastAsia"/>
                <w:szCs w:val="24"/>
                <w:lang w:eastAsia="ko-KR"/>
              </w:rPr>
              <w:t>안전교육</w:t>
            </w:r>
            <w:r w:rsidRPr="00172A29">
              <w:rPr>
                <w:rFonts w:cs="맑은 고딕" w:hint="eastAsia"/>
                <w:szCs w:val="24"/>
                <w:lang w:eastAsia="ko-KR"/>
              </w:rPr>
              <w:t xml:space="preserve"> </w:t>
            </w:r>
            <w:r w:rsidRPr="00172A29">
              <w:rPr>
                <w:rFonts w:cs="맑은 고딕" w:hint="eastAsia"/>
                <w:szCs w:val="24"/>
                <w:lang w:eastAsia="ko-KR"/>
              </w:rPr>
              <w:t>및</w:t>
            </w:r>
            <w:r w:rsidRPr="00172A29">
              <w:rPr>
                <w:rFonts w:cs="맑은 고딕" w:hint="eastAsia"/>
                <w:szCs w:val="24"/>
                <w:lang w:eastAsia="ko-KR"/>
              </w:rPr>
              <w:t xml:space="preserve"> </w:t>
            </w:r>
            <w:r w:rsidRPr="00172A29">
              <w:rPr>
                <w:rFonts w:cs="맑은 고딕" w:hint="eastAsia"/>
                <w:szCs w:val="24"/>
                <w:lang w:eastAsia="ko-KR"/>
              </w:rPr>
              <w:t>연구윤리교육</w:t>
            </w:r>
            <w:r w:rsidRPr="00172A29">
              <w:rPr>
                <w:rFonts w:cs="맑은 고딕" w:hint="eastAsia"/>
                <w:szCs w:val="24"/>
                <w:lang w:eastAsia="ko-KR"/>
              </w:rPr>
              <w:t xml:space="preserve"> </w:t>
            </w:r>
            <w:r w:rsidRPr="00172A29">
              <w:rPr>
                <w:rFonts w:cs="맑은 고딕" w:hint="eastAsia"/>
                <w:szCs w:val="24"/>
                <w:lang w:eastAsia="ko-KR"/>
              </w:rPr>
              <w:t>이수</w:t>
            </w:r>
            <w:r w:rsidRPr="00172A29">
              <w:rPr>
                <w:rFonts w:cs="맑은 고딕" w:hint="eastAsia"/>
                <w:szCs w:val="24"/>
                <w:lang w:eastAsia="ko-KR"/>
              </w:rPr>
              <w:t xml:space="preserve"> </w:t>
            </w:r>
            <w:r w:rsidRPr="00172A29">
              <w:rPr>
                <w:rFonts w:cs="맑은 고딕" w:hint="eastAsia"/>
                <w:szCs w:val="24"/>
                <w:lang w:eastAsia="ko-KR"/>
              </w:rPr>
              <w:t>동의</w:t>
            </w:r>
          </w:p>
        </w:tc>
        <w:tc>
          <w:tcPr>
            <w:tcW w:w="198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C0D48A" w14:textId="77777777" w:rsidR="006C5AD4" w:rsidRPr="00172A29" w:rsidRDefault="008E2B3B">
            <w:pPr>
              <w:spacing w:line="240" w:lineRule="auto"/>
              <w:jc w:val="center"/>
              <w:rPr>
                <w:szCs w:val="24"/>
              </w:rPr>
            </w:pPr>
            <w:r w:rsidRPr="00172A29">
              <w:rPr>
                <w:rFonts w:cs="맑은 고딕" w:hint="eastAsia"/>
                <w:szCs w:val="24"/>
              </w:rPr>
              <w:t>□</w:t>
            </w:r>
            <w:r w:rsidRPr="00172A29">
              <w:rPr>
                <w:rFonts w:cs="맑은 고딕" w:hint="eastAsia"/>
                <w:szCs w:val="24"/>
              </w:rPr>
              <w:t xml:space="preserve"> </w:t>
            </w:r>
            <w:r w:rsidRPr="00172A29">
              <w:rPr>
                <w:rFonts w:cs="맑은 고딕" w:hint="eastAsia"/>
                <w:szCs w:val="24"/>
              </w:rPr>
              <w:t>예</w:t>
            </w:r>
            <w:r w:rsidRPr="00172A29">
              <w:rPr>
                <w:rFonts w:cs="맑은 고딕" w:hint="eastAsia"/>
                <w:szCs w:val="24"/>
              </w:rPr>
              <w:t xml:space="preserve">    </w:t>
            </w:r>
            <w:r w:rsidRPr="00172A29">
              <w:rPr>
                <w:rFonts w:cs="맑은 고딕" w:hint="eastAsia"/>
                <w:szCs w:val="24"/>
              </w:rPr>
              <w:t>□</w:t>
            </w:r>
            <w:r w:rsidRPr="00172A29">
              <w:rPr>
                <w:rFonts w:cs="맑은 고딕" w:hint="eastAsia"/>
                <w:szCs w:val="24"/>
              </w:rPr>
              <w:t xml:space="preserve"> </w:t>
            </w:r>
            <w:proofErr w:type="spellStart"/>
            <w:r w:rsidRPr="00172A29">
              <w:rPr>
                <w:rFonts w:cs="맑은 고딕" w:hint="eastAsia"/>
                <w:szCs w:val="24"/>
              </w:rPr>
              <w:t>아니오</w:t>
            </w:r>
            <w:proofErr w:type="spellEnd"/>
          </w:p>
        </w:tc>
      </w:tr>
      <w:tr w:rsidR="006C5AD4" w14:paraId="2B87ADB7" w14:textId="77777777" w:rsidTr="001B7A28">
        <w:trPr>
          <w:cantSplit/>
          <w:trHeight w:val="20"/>
          <w:jc w:val="center"/>
        </w:trPr>
        <w:tc>
          <w:tcPr>
            <w:tcW w:w="822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C7196E" w14:textId="77777777" w:rsidR="006C5AD4" w:rsidRPr="00172A29" w:rsidRDefault="008E2B3B" w:rsidP="001B7A28">
            <w:pPr>
              <w:spacing w:line="240" w:lineRule="auto"/>
              <w:ind w:leftChars="100" w:left="180"/>
              <w:rPr>
                <w:szCs w:val="24"/>
                <w:lang w:eastAsia="ko-KR"/>
              </w:rPr>
            </w:pPr>
            <w:proofErr w:type="spellStart"/>
            <w:r w:rsidRPr="00172A29">
              <w:rPr>
                <w:rFonts w:cs="맑은 고딕" w:hint="eastAsia"/>
                <w:szCs w:val="24"/>
                <w:lang w:eastAsia="ko-KR"/>
              </w:rPr>
              <w:t>연구계획서·초록·최종발표자료</w:t>
            </w:r>
            <w:proofErr w:type="spellEnd"/>
            <w:r w:rsidRPr="00172A29">
              <w:rPr>
                <w:rFonts w:cs="맑은 고딕" w:hint="eastAsia"/>
                <w:szCs w:val="24"/>
                <w:lang w:eastAsia="ko-KR"/>
              </w:rPr>
              <w:t xml:space="preserve"> </w:t>
            </w:r>
            <w:r w:rsidRPr="00172A29">
              <w:rPr>
                <w:rFonts w:cs="맑은 고딕" w:hint="eastAsia"/>
                <w:szCs w:val="24"/>
                <w:lang w:eastAsia="ko-KR"/>
              </w:rPr>
              <w:t>제출</w:t>
            </w:r>
            <w:r w:rsidRPr="00172A29">
              <w:rPr>
                <w:rFonts w:cs="맑은 고딕" w:hint="eastAsia"/>
                <w:szCs w:val="24"/>
                <w:lang w:eastAsia="ko-KR"/>
              </w:rPr>
              <w:t xml:space="preserve"> </w:t>
            </w:r>
            <w:r w:rsidRPr="00172A29">
              <w:rPr>
                <w:rFonts w:cs="맑은 고딕" w:hint="eastAsia"/>
                <w:szCs w:val="24"/>
                <w:lang w:eastAsia="ko-KR"/>
              </w:rPr>
              <w:t>가능</w:t>
            </w:r>
          </w:p>
        </w:tc>
        <w:tc>
          <w:tcPr>
            <w:tcW w:w="198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2744D1" w14:textId="77777777" w:rsidR="006C5AD4" w:rsidRPr="00172A29" w:rsidRDefault="008E2B3B">
            <w:pPr>
              <w:spacing w:line="240" w:lineRule="auto"/>
              <w:jc w:val="center"/>
              <w:rPr>
                <w:szCs w:val="24"/>
              </w:rPr>
            </w:pPr>
            <w:r w:rsidRPr="00172A29">
              <w:rPr>
                <w:rFonts w:cs="맑은 고딕" w:hint="eastAsia"/>
                <w:szCs w:val="24"/>
              </w:rPr>
              <w:t>□</w:t>
            </w:r>
            <w:r w:rsidRPr="00172A29">
              <w:rPr>
                <w:rFonts w:cs="맑은 고딕" w:hint="eastAsia"/>
                <w:szCs w:val="24"/>
              </w:rPr>
              <w:t xml:space="preserve"> </w:t>
            </w:r>
            <w:r w:rsidRPr="00172A29">
              <w:rPr>
                <w:rFonts w:cs="맑은 고딕" w:hint="eastAsia"/>
                <w:szCs w:val="24"/>
              </w:rPr>
              <w:t>예</w:t>
            </w:r>
            <w:r w:rsidRPr="00172A29">
              <w:rPr>
                <w:rFonts w:cs="맑은 고딕" w:hint="eastAsia"/>
                <w:szCs w:val="24"/>
              </w:rPr>
              <w:t xml:space="preserve">    </w:t>
            </w:r>
            <w:r w:rsidRPr="00172A29">
              <w:rPr>
                <w:rFonts w:cs="맑은 고딕" w:hint="eastAsia"/>
                <w:szCs w:val="24"/>
              </w:rPr>
              <w:t>□</w:t>
            </w:r>
            <w:r w:rsidRPr="00172A29">
              <w:rPr>
                <w:rFonts w:cs="맑은 고딕" w:hint="eastAsia"/>
                <w:szCs w:val="24"/>
              </w:rPr>
              <w:t xml:space="preserve"> </w:t>
            </w:r>
            <w:proofErr w:type="spellStart"/>
            <w:r w:rsidRPr="00172A29">
              <w:rPr>
                <w:rFonts w:cs="맑은 고딕" w:hint="eastAsia"/>
                <w:szCs w:val="24"/>
              </w:rPr>
              <w:t>아니오</w:t>
            </w:r>
            <w:proofErr w:type="spellEnd"/>
          </w:p>
        </w:tc>
      </w:tr>
    </w:tbl>
    <w:p w14:paraId="0F200A45" w14:textId="35AE6CF6" w:rsidR="006C5AD4" w:rsidRDefault="006C5AD4">
      <w:pPr>
        <w:spacing w:after="40" w:line="240" w:lineRule="auto"/>
      </w:pPr>
    </w:p>
    <w:p w14:paraId="7F96EB2F" w14:textId="5BC977C3" w:rsidR="00172A29" w:rsidRPr="00264052" w:rsidRDefault="00172A29">
      <w:pPr>
        <w:spacing w:after="40" w:line="240" w:lineRule="auto"/>
        <w:rPr>
          <w:sz w:val="20"/>
          <w:szCs w:val="24"/>
        </w:rPr>
      </w:pPr>
      <w:r w:rsidRPr="00264052">
        <w:rPr>
          <w:rFonts w:cs="맑은 고딕" w:hint="eastAsia"/>
          <w:b/>
          <w:sz w:val="20"/>
          <w:szCs w:val="24"/>
        </w:rPr>
        <w:t xml:space="preserve">2. </w:t>
      </w:r>
      <w:proofErr w:type="spellStart"/>
      <w:r w:rsidRPr="00264052">
        <w:rPr>
          <w:rFonts w:cs="맑은 고딕" w:hint="eastAsia"/>
          <w:b/>
          <w:sz w:val="20"/>
          <w:szCs w:val="24"/>
        </w:rPr>
        <w:t>주요</w:t>
      </w:r>
      <w:proofErr w:type="spellEnd"/>
      <w:r w:rsidRPr="00264052">
        <w:rPr>
          <w:rFonts w:cs="맑은 고딕" w:hint="eastAsia"/>
          <w:b/>
          <w:sz w:val="20"/>
          <w:szCs w:val="24"/>
        </w:rPr>
        <w:t xml:space="preserve"> </w:t>
      </w:r>
      <w:proofErr w:type="spellStart"/>
      <w:r w:rsidRPr="00264052">
        <w:rPr>
          <w:rFonts w:cs="맑은 고딕" w:hint="eastAsia"/>
          <w:b/>
          <w:sz w:val="20"/>
          <w:szCs w:val="24"/>
        </w:rPr>
        <w:t>연구·교육</w:t>
      </w:r>
      <w:proofErr w:type="spellEnd"/>
      <w:r w:rsidRPr="00264052">
        <w:rPr>
          <w:rFonts w:cs="맑은 고딕" w:hint="eastAsia"/>
          <w:b/>
          <w:sz w:val="20"/>
          <w:szCs w:val="24"/>
        </w:rPr>
        <w:t xml:space="preserve"> </w:t>
      </w:r>
      <w:proofErr w:type="spellStart"/>
      <w:r w:rsidRPr="00264052">
        <w:rPr>
          <w:rFonts w:cs="맑은 고딕" w:hint="eastAsia"/>
          <w:b/>
          <w:sz w:val="20"/>
          <w:szCs w:val="24"/>
        </w:rPr>
        <w:t>경험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8391"/>
      </w:tblGrid>
      <w:tr w:rsidR="006C5AD4" w14:paraId="4417DF39" w14:textId="77777777">
        <w:trPr>
          <w:cantSplit/>
          <w:jc w:val="center"/>
        </w:trPr>
        <w:tc>
          <w:tcPr>
            <w:tcW w:w="181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36A2CD" w14:textId="77777777" w:rsidR="006C5AD4" w:rsidRDefault="008E2B3B">
            <w:pPr>
              <w:spacing w:line="240" w:lineRule="auto"/>
              <w:jc w:val="center"/>
            </w:pPr>
            <w:r>
              <w:rPr>
                <w:rFonts w:cs="맑은 고딕" w:hint="eastAsia"/>
                <w:b/>
              </w:rPr>
              <w:t>연구경험</w:t>
            </w:r>
          </w:p>
        </w:tc>
        <w:tc>
          <w:tcPr>
            <w:tcW w:w="839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1072FB" w14:textId="77777777" w:rsidR="006C5AD4" w:rsidRDefault="008E2B3B">
            <w:pPr>
              <w:spacing w:line="240" w:lineRule="auto"/>
              <w:rPr>
                <w:lang w:eastAsia="ko-KR"/>
              </w:rPr>
            </w:pPr>
            <w:r>
              <w:rPr>
                <w:rFonts w:cs="맑은 고딕" w:hint="eastAsia"/>
                <w:sz w:val="17"/>
                <w:lang w:eastAsia="ko-KR"/>
              </w:rPr>
              <w:t>실험</w:t>
            </w:r>
            <w:r>
              <w:rPr>
                <w:rFonts w:cs="맑은 고딕" w:hint="eastAsia"/>
                <w:sz w:val="17"/>
                <w:lang w:eastAsia="ko-KR"/>
              </w:rPr>
              <w:t xml:space="preserve">, </w:t>
            </w:r>
            <w:r>
              <w:rPr>
                <w:rFonts w:cs="맑은 고딕" w:hint="eastAsia"/>
                <w:sz w:val="17"/>
                <w:lang w:eastAsia="ko-KR"/>
              </w:rPr>
              <w:t>임상연구</w:t>
            </w:r>
            <w:r>
              <w:rPr>
                <w:rFonts w:cs="맑은 고딕" w:hint="eastAsia"/>
                <w:sz w:val="17"/>
                <w:lang w:eastAsia="ko-KR"/>
              </w:rPr>
              <w:t xml:space="preserve">, </w:t>
            </w:r>
            <w:r>
              <w:rPr>
                <w:rFonts w:cs="맑은 고딕" w:hint="eastAsia"/>
                <w:sz w:val="17"/>
                <w:lang w:eastAsia="ko-KR"/>
              </w:rPr>
              <w:t>데이터</w:t>
            </w:r>
            <w:r>
              <w:rPr>
                <w:rFonts w:cs="맑은 고딕" w:hint="eastAsia"/>
                <w:sz w:val="17"/>
                <w:lang w:eastAsia="ko-KR"/>
              </w:rPr>
              <w:t xml:space="preserve"> </w:t>
            </w:r>
            <w:r>
              <w:rPr>
                <w:rFonts w:cs="맑은 고딕" w:hint="eastAsia"/>
                <w:sz w:val="17"/>
                <w:lang w:eastAsia="ko-KR"/>
              </w:rPr>
              <w:t>분석</w:t>
            </w:r>
            <w:r>
              <w:rPr>
                <w:rFonts w:cs="맑은 고딕" w:hint="eastAsia"/>
                <w:sz w:val="17"/>
                <w:lang w:eastAsia="ko-KR"/>
              </w:rPr>
              <w:t xml:space="preserve"> </w:t>
            </w:r>
            <w:r>
              <w:rPr>
                <w:rFonts w:cs="맑은 고딕" w:hint="eastAsia"/>
                <w:sz w:val="17"/>
                <w:lang w:eastAsia="ko-KR"/>
              </w:rPr>
              <w:t>등</w:t>
            </w:r>
            <w:r>
              <w:rPr>
                <w:rFonts w:cs="맑은 고딕" w:hint="eastAsia"/>
                <w:sz w:val="17"/>
                <w:lang w:eastAsia="ko-KR"/>
              </w:rPr>
              <w:t xml:space="preserve"> </w:t>
            </w:r>
            <w:r>
              <w:rPr>
                <w:rFonts w:cs="맑은 고딕" w:hint="eastAsia"/>
                <w:sz w:val="17"/>
                <w:lang w:eastAsia="ko-KR"/>
              </w:rPr>
              <w:t>주요</w:t>
            </w:r>
            <w:r>
              <w:rPr>
                <w:rFonts w:cs="맑은 고딕" w:hint="eastAsia"/>
                <w:sz w:val="17"/>
                <w:lang w:eastAsia="ko-KR"/>
              </w:rPr>
              <w:t xml:space="preserve"> </w:t>
            </w:r>
            <w:r>
              <w:rPr>
                <w:rFonts w:cs="맑은 고딕" w:hint="eastAsia"/>
                <w:sz w:val="17"/>
                <w:lang w:eastAsia="ko-KR"/>
              </w:rPr>
              <w:t>경험을</w:t>
            </w:r>
            <w:r>
              <w:rPr>
                <w:rFonts w:cs="맑은 고딕" w:hint="eastAsia"/>
                <w:sz w:val="17"/>
                <w:lang w:eastAsia="ko-KR"/>
              </w:rPr>
              <w:t xml:space="preserve"> </w:t>
            </w:r>
            <w:r>
              <w:rPr>
                <w:rFonts w:cs="맑은 고딕" w:hint="eastAsia"/>
                <w:sz w:val="17"/>
                <w:lang w:eastAsia="ko-KR"/>
              </w:rPr>
              <w:t>작성하여</w:t>
            </w:r>
            <w:r>
              <w:rPr>
                <w:rFonts w:cs="맑은 고딕" w:hint="eastAsia"/>
                <w:sz w:val="17"/>
                <w:lang w:eastAsia="ko-KR"/>
              </w:rPr>
              <w:t xml:space="preserve"> </w:t>
            </w:r>
            <w:r>
              <w:rPr>
                <w:rFonts w:cs="맑은 고딕" w:hint="eastAsia"/>
                <w:sz w:val="17"/>
                <w:lang w:eastAsia="ko-KR"/>
              </w:rPr>
              <w:t>주십시오</w:t>
            </w:r>
            <w:r>
              <w:rPr>
                <w:rFonts w:cs="맑은 고딕" w:hint="eastAsia"/>
                <w:sz w:val="17"/>
                <w:lang w:eastAsia="ko-KR"/>
              </w:rPr>
              <w:t>.</w:t>
            </w:r>
            <w:r>
              <w:rPr>
                <w:rFonts w:cs="맑은 고딕" w:hint="eastAsia"/>
                <w:lang w:eastAsia="ko-KR"/>
              </w:rPr>
              <w:br/>
            </w:r>
            <w:r>
              <w:rPr>
                <w:rFonts w:cs="맑은 고딕" w:hint="eastAsia"/>
                <w:lang w:eastAsia="ko-KR"/>
              </w:rPr>
              <w:br/>
            </w:r>
            <w:r>
              <w:rPr>
                <w:rFonts w:cs="맑은 고딕" w:hint="eastAsia"/>
                <w:lang w:eastAsia="ko-KR"/>
              </w:rPr>
              <w:br/>
            </w:r>
          </w:p>
        </w:tc>
      </w:tr>
      <w:tr w:rsidR="006C5AD4" w14:paraId="433BCBDA" w14:textId="77777777">
        <w:trPr>
          <w:cantSplit/>
          <w:jc w:val="center"/>
        </w:trPr>
        <w:tc>
          <w:tcPr>
            <w:tcW w:w="181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DB77F4" w14:textId="77777777" w:rsidR="006C5AD4" w:rsidRDefault="008E2B3B">
            <w:pPr>
              <w:spacing w:line="240" w:lineRule="auto"/>
              <w:jc w:val="center"/>
            </w:pPr>
            <w:proofErr w:type="spellStart"/>
            <w:r>
              <w:rPr>
                <w:rFonts w:cs="맑은 고딕" w:hint="eastAsia"/>
                <w:b/>
              </w:rPr>
              <w:t>교육·학술활동</w:t>
            </w:r>
            <w:proofErr w:type="spellEnd"/>
          </w:p>
        </w:tc>
        <w:tc>
          <w:tcPr>
            <w:tcW w:w="839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95BB36" w14:textId="46726C7F" w:rsidR="006C5AD4" w:rsidRDefault="008E2B3B">
            <w:pPr>
              <w:spacing w:line="240" w:lineRule="auto"/>
              <w:rPr>
                <w:lang w:eastAsia="ko-KR"/>
              </w:rPr>
            </w:pPr>
            <w:r>
              <w:rPr>
                <w:rFonts w:cs="맑은 고딕" w:hint="eastAsia"/>
                <w:sz w:val="17"/>
                <w:lang w:eastAsia="ko-KR"/>
              </w:rPr>
              <w:t>관련</w:t>
            </w:r>
            <w:r>
              <w:rPr>
                <w:rFonts w:cs="맑은 고딕" w:hint="eastAsia"/>
                <w:sz w:val="17"/>
                <w:lang w:eastAsia="ko-KR"/>
              </w:rPr>
              <w:t xml:space="preserve"> </w:t>
            </w:r>
            <w:r>
              <w:rPr>
                <w:rFonts w:cs="맑은 고딕" w:hint="eastAsia"/>
                <w:sz w:val="17"/>
                <w:lang w:eastAsia="ko-KR"/>
              </w:rPr>
              <w:t>교과목</w:t>
            </w:r>
            <w:r>
              <w:rPr>
                <w:rFonts w:cs="맑은 고딕" w:hint="eastAsia"/>
                <w:sz w:val="17"/>
                <w:lang w:eastAsia="ko-KR"/>
              </w:rPr>
              <w:t xml:space="preserve">, </w:t>
            </w:r>
            <w:r>
              <w:rPr>
                <w:rFonts w:cs="맑은 고딕" w:hint="eastAsia"/>
                <w:sz w:val="17"/>
                <w:lang w:eastAsia="ko-KR"/>
              </w:rPr>
              <w:t>세미나</w:t>
            </w:r>
            <w:r>
              <w:rPr>
                <w:rFonts w:cs="맑은 고딕" w:hint="eastAsia"/>
                <w:sz w:val="17"/>
                <w:lang w:eastAsia="ko-KR"/>
              </w:rPr>
              <w:t xml:space="preserve">, </w:t>
            </w:r>
            <w:r>
              <w:rPr>
                <w:rFonts w:cs="맑은 고딕" w:hint="eastAsia"/>
                <w:sz w:val="17"/>
                <w:lang w:eastAsia="ko-KR"/>
              </w:rPr>
              <w:t>학회</w:t>
            </w:r>
            <w:r>
              <w:rPr>
                <w:rFonts w:cs="맑은 고딕" w:hint="eastAsia"/>
                <w:sz w:val="17"/>
                <w:lang w:eastAsia="ko-KR"/>
              </w:rPr>
              <w:t xml:space="preserve">, </w:t>
            </w:r>
            <w:r>
              <w:rPr>
                <w:rFonts w:cs="맑은 고딕" w:hint="eastAsia"/>
                <w:sz w:val="17"/>
                <w:lang w:eastAsia="ko-KR"/>
              </w:rPr>
              <w:t>발표</w:t>
            </w:r>
            <w:r>
              <w:rPr>
                <w:rFonts w:cs="맑은 고딕" w:hint="eastAsia"/>
                <w:sz w:val="17"/>
                <w:lang w:eastAsia="ko-KR"/>
              </w:rPr>
              <w:t xml:space="preserve"> </w:t>
            </w:r>
            <w:r>
              <w:rPr>
                <w:rFonts w:cs="맑은 고딕" w:hint="eastAsia"/>
                <w:sz w:val="17"/>
                <w:lang w:eastAsia="ko-KR"/>
              </w:rPr>
              <w:t>및</w:t>
            </w:r>
            <w:r>
              <w:rPr>
                <w:rFonts w:cs="맑은 고딕" w:hint="eastAsia"/>
                <w:sz w:val="17"/>
                <w:lang w:eastAsia="ko-KR"/>
              </w:rPr>
              <w:t xml:space="preserve"> </w:t>
            </w:r>
            <w:r>
              <w:rPr>
                <w:rFonts w:cs="맑은 고딕" w:hint="eastAsia"/>
                <w:sz w:val="17"/>
                <w:lang w:eastAsia="ko-KR"/>
              </w:rPr>
              <w:t>프로젝트</w:t>
            </w:r>
            <w:r>
              <w:rPr>
                <w:rFonts w:cs="맑은 고딕" w:hint="eastAsia"/>
                <w:sz w:val="17"/>
                <w:lang w:eastAsia="ko-KR"/>
              </w:rPr>
              <w:t xml:space="preserve"> </w:t>
            </w:r>
            <w:r>
              <w:rPr>
                <w:rFonts w:cs="맑은 고딕" w:hint="eastAsia"/>
                <w:sz w:val="17"/>
                <w:lang w:eastAsia="ko-KR"/>
              </w:rPr>
              <w:t>경험을</w:t>
            </w:r>
            <w:r>
              <w:rPr>
                <w:rFonts w:cs="맑은 고딕" w:hint="eastAsia"/>
                <w:sz w:val="17"/>
                <w:lang w:eastAsia="ko-KR"/>
              </w:rPr>
              <w:t xml:space="preserve"> </w:t>
            </w:r>
            <w:r>
              <w:rPr>
                <w:rFonts w:cs="맑은 고딕" w:hint="eastAsia"/>
                <w:sz w:val="17"/>
                <w:lang w:eastAsia="ko-KR"/>
              </w:rPr>
              <w:t>작성하여</w:t>
            </w:r>
            <w:r>
              <w:rPr>
                <w:rFonts w:cs="맑은 고딕" w:hint="eastAsia"/>
                <w:sz w:val="17"/>
                <w:lang w:eastAsia="ko-KR"/>
              </w:rPr>
              <w:t xml:space="preserve"> </w:t>
            </w:r>
            <w:r>
              <w:rPr>
                <w:rFonts w:cs="맑은 고딕" w:hint="eastAsia"/>
                <w:sz w:val="17"/>
                <w:lang w:eastAsia="ko-KR"/>
              </w:rPr>
              <w:t>주십시오</w:t>
            </w:r>
            <w:r>
              <w:rPr>
                <w:rFonts w:cs="맑은 고딕" w:hint="eastAsia"/>
                <w:sz w:val="17"/>
                <w:lang w:eastAsia="ko-KR"/>
              </w:rPr>
              <w:t>.</w:t>
            </w:r>
            <w:r>
              <w:rPr>
                <w:rFonts w:cs="맑은 고딕" w:hint="eastAsia"/>
                <w:lang w:eastAsia="ko-KR"/>
              </w:rPr>
              <w:br/>
            </w:r>
            <w:r w:rsidR="00172A29">
              <w:rPr>
                <w:rFonts w:cs="맑은 고딕"/>
                <w:lang w:eastAsia="ko-KR"/>
              </w:rPr>
              <w:br/>
            </w:r>
            <w:r>
              <w:rPr>
                <w:rFonts w:cs="맑은 고딕" w:hint="eastAsia"/>
                <w:lang w:eastAsia="ko-KR"/>
              </w:rPr>
              <w:br/>
            </w:r>
          </w:p>
        </w:tc>
      </w:tr>
    </w:tbl>
    <w:p w14:paraId="1F05BC21" w14:textId="77777777" w:rsidR="00172A29" w:rsidRDefault="00172A29">
      <w:pPr>
        <w:spacing w:before="80" w:line="240" w:lineRule="auto"/>
        <w:rPr>
          <w:rFonts w:cs="맑은 고딕"/>
          <w:sz w:val="17"/>
          <w:lang w:eastAsia="ko-KR"/>
        </w:rPr>
      </w:pPr>
    </w:p>
    <w:p w14:paraId="273412C5" w14:textId="13C0E6F0" w:rsidR="001B7A28" w:rsidRPr="001B7A28" w:rsidRDefault="008E2B3B" w:rsidP="001B7A28">
      <w:pPr>
        <w:spacing w:before="80" w:line="240" w:lineRule="auto"/>
        <w:jc w:val="center"/>
        <w:rPr>
          <w:rFonts w:cs="맑은 고딕"/>
          <w:sz w:val="20"/>
          <w:szCs w:val="28"/>
          <w:lang w:eastAsia="ko-KR"/>
        </w:rPr>
      </w:pPr>
      <w:r w:rsidRPr="001B7A28">
        <w:rPr>
          <w:rFonts w:cs="맑은 고딕" w:hint="eastAsia"/>
          <w:sz w:val="20"/>
          <w:szCs w:val="28"/>
          <w:lang w:eastAsia="ko-KR"/>
        </w:rPr>
        <w:t>본인은</w:t>
      </w:r>
      <w:r w:rsidRPr="001B7A28">
        <w:rPr>
          <w:rFonts w:cs="맑은 고딕" w:hint="eastAsia"/>
          <w:sz w:val="20"/>
          <w:szCs w:val="28"/>
          <w:lang w:eastAsia="ko-KR"/>
        </w:rPr>
        <w:t xml:space="preserve"> </w:t>
      </w:r>
      <w:r w:rsidRPr="001B7A28">
        <w:rPr>
          <w:rFonts w:cs="맑은 고딕" w:hint="eastAsia"/>
          <w:sz w:val="20"/>
          <w:szCs w:val="28"/>
          <w:lang w:eastAsia="ko-KR"/>
        </w:rPr>
        <w:t>위</w:t>
      </w:r>
      <w:r w:rsidRPr="001B7A28">
        <w:rPr>
          <w:rFonts w:cs="맑은 고딕" w:hint="eastAsia"/>
          <w:sz w:val="20"/>
          <w:szCs w:val="28"/>
          <w:lang w:eastAsia="ko-KR"/>
        </w:rPr>
        <w:t xml:space="preserve"> </w:t>
      </w:r>
      <w:r w:rsidRPr="001B7A28">
        <w:rPr>
          <w:rFonts w:cs="맑은 고딕" w:hint="eastAsia"/>
          <w:sz w:val="20"/>
          <w:szCs w:val="28"/>
          <w:lang w:eastAsia="ko-KR"/>
        </w:rPr>
        <w:t>기재사항이</w:t>
      </w:r>
      <w:r w:rsidRPr="001B7A28">
        <w:rPr>
          <w:rFonts w:cs="맑은 고딕" w:hint="eastAsia"/>
          <w:sz w:val="20"/>
          <w:szCs w:val="28"/>
          <w:lang w:eastAsia="ko-KR"/>
        </w:rPr>
        <w:t xml:space="preserve"> </w:t>
      </w:r>
      <w:r w:rsidRPr="001B7A28">
        <w:rPr>
          <w:rFonts w:cs="맑은 고딕" w:hint="eastAsia"/>
          <w:sz w:val="20"/>
          <w:szCs w:val="28"/>
          <w:lang w:eastAsia="ko-KR"/>
        </w:rPr>
        <w:t>사실임을</w:t>
      </w:r>
      <w:r w:rsidRPr="001B7A28">
        <w:rPr>
          <w:rFonts w:cs="맑은 고딕" w:hint="eastAsia"/>
          <w:sz w:val="20"/>
          <w:szCs w:val="28"/>
          <w:lang w:eastAsia="ko-KR"/>
        </w:rPr>
        <w:t xml:space="preserve"> </w:t>
      </w:r>
      <w:r w:rsidRPr="001B7A28">
        <w:rPr>
          <w:rFonts w:cs="맑은 고딕" w:hint="eastAsia"/>
          <w:sz w:val="20"/>
          <w:szCs w:val="28"/>
          <w:lang w:eastAsia="ko-KR"/>
        </w:rPr>
        <w:t>확인하고</w:t>
      </w:r>
      <w:r w:rsidRPr="001B7A28">
        <w:rPr>
          <w:rFonts w:cs="맑은 고딕" w:hint="eastAsia"/>
          <w:sz w:val="20"/>
          <w:szCs w:val="28"/>
          <w:lang w:eastAsia="ko-KR"/>
        </w:rPr>
        <w:t>,</w:t>
      </w:r>
    </w:p>
    <w:p w14:paraId="68083DBD" w14:textId="215078B9" w:rsidR="006C5AD4" w:rsidRPr="001B7A28" w:rsidRDefault="008E2B3B" w:rsidP="001B7A28">
      <w:pPr>
        <w:spacing w:before="80" w:line="240" w:lineRule="auto"/>
        <w:jc w:val="center"/>
        <w:rPr>
          <w:rFonts w:cs="맑은 고딕"/>
          <w:sz w:val="20"/>
          <w:szCs w:val="28"/>
          <w:lang w:eastAsia="ko-KR"/>
        </w:rPr>
      </w:pPr>
      <w:r w:rsidRPr="001B7A28">
        <w:rPr>
          <w:rFonts w:cs="맑은 고딕" w:hint="eastAsia"/>
          <w:sz w:val="20"/>
          <w:szCs w:val="28"/>
          <w:lang w:eastAsia="ko-KR"/>
        </w:rPr>
        <w:t>「</w:t>
      </w:r>
      <w:r w:rsidRPr="001B7A28">
        <w:rPr>
          <w:rFonts w:cs="맑은 고딕" w:hint="eastAsia"/>
          <w:sz w:val="20"/>
          <w:szCs w:val="28"/>
          <w:lang w:eastAsia="ko-KR"/>
        </w:rPr>
        <w:t>2026</w:t>
      </w:r>
      <w:r w:rsidRPr="001B7A28">
        <w:rPr>
          <w:rFonts w:cs="맑은 고딕" w:hint="eastAsia"/>
          <w:sz w:val="20"/>
          <w:szCs w:val="28"/>
          <w:lang w:eastAsia="ko-KR"/>
        </w:rPr>
        <w:t>년</w:t>
      </w:r>
      <w:r w:rsidRPr="001B7A28">
        <w:rPr>
          <w:rFonts w:cs="맑은 고딕" w:hint="eastAsia"/>
          <w:sz w:val="20"/>
          <w:szCs w:val="28"/>
          <w:lang w:eastAsia="ko-KR"/>
        </w:rPr>
        <w:t xml:space="preserve"> </w:t>
      </w:r>
      <w:proofErr w:type="spellStart"/>
      <w:r w:rsidRPr="001B7A28">
        <w:rPr>
          <w:rFonts w:cs="맑은 고딕" w:hint="eastAsia"/>
          <w:sz w:val="20"/>
          <w:szCs w:val="28"/>
          <w:lang w:eastAsia="ko-KR"/>
        </w:rPr>
        <w:t>바이오헬스</w:t>
      </w:r>
      <w:proofErr w:type="spellEnd"/>
      <w:r w:rsidRPr="001B7A28">
        <w:rPr>
          <w:rFonts w:cs="맑은 고딕" w:hint="eastAsia"/>
          <w:sz w:val="20"/>
          <w:szCs w:val="28"/>
          <w:lang w:eastAsia="ko-KR"/>
        </w:rPr>
        <w:t xml:space="preserve"> </w:t>
      </w:r>
      <w:r w:rsidRPr="001B7A28">
        <w:rPr>
          <w:rFonts w:cs="맑은 고딕" w:hint="eastAsia"/>
          <w:sz w:val="20"/>
          <w:szCs w:val="28"/>
          <w:lang w:eastAsia="ko-KR"/>
        </w:rPr>
        <w:t>글로벌</w:t>
      </w:r>
      <w:r w:rsidRPr="001B7A28">
        <w:rPr>
          <w:rFonts w:cs="맑은 고딕" w:hint="eastAsia"/>
          <w:sz w:val="20"/>
          <w:szCs w:val="28"/>
          <w:lang w:eastAsia="ko-KR"/>
        </w:rPr>
        <w:t xml:space="preserve"> </w:t>
      </w:r>
      <w:r w:rsidRPr="001B7A28">
        <w:rPr>
          <w:rFonts w:cs="맑은 고딕" w:hint="eastAsia"/>
          <w:sz w:val="20"/>
          <w:szCs w:val="28"/>
          <w:lang w:eastAsia="ko-KR"/>
        </w:rPr>
        <w:t>석학</w:t>
      </w:r>
      <w:r w:rsidRPr="001B7A28">
        <w:rPr>
          <w:rFonts w:cs="맑은 고딕" w:hint="eastAsia"/>
          <w:sz w:val="20"/>
          <w:szCs w:val="28"/>
          <w:lang w:eastAsia="ko-KR"/>
        </w:rPr>
        <w:t xml:space="preserve"> </w:t>
      </w:r>
      <w:proofErr w:type="spellStart"/>
      <w:r w:rsidRPr="001B7A28">
        <w:rPr>
          <w:rFonts w:cs="맑은 고딕" w:hint="eastAsia"/>
          <w:sz w:val="20"/>
          <w:szCs w:val="28"/>
          <w:lang w:eastAsia="ko-KR"/>
        </w:rPr>
        <w:t>멘토십</w:t>
      </w:r>
      <w:proofErr w:type="spellEnd"/>
      <w:r w:rsidRPr="001B7A28">
        <w:rPr>
          <w:rFonts w:cs="맑은 고딕" w:hint="eastAsia"/>
          <w:sz w:val="20"/>
          <w:szCs w:val="28"/>
          <w:lang w:eastAsia="ko-KR"/>
        </w:rPr>
        <w:t xml:space="preserve"> </w:t>
      </w:r>
      <w:r w:rsidRPr="001B7A28">
        <w:rPr>
          <w:rFonts w:cs="맑은 고딕" w:hint="eastAsia"/>
          <w:sz w:val="20"/>
          <w:szCs w:val="28"/>
          <w:lang w:eastAsia="ko-KR"/>
        </w:rPr>
        <w:t>프로그램</w:t>
      </w:r>
      <w:r w:rsidRPr="001B7A28">
        <w:rPr>
          <w:rFonts w:cs="맑은 고딕" w:hint="eastAsia"/>
          <w:sz w:val="20"/>
          <w:szCs w:val="28"/>
          <w:lang w:eastAsia="ko-KR"/>
        </w:rPr>
        <w:t xml:space="preserve"> </w:t>
      </w:r>
      <w:r w:rsidR="00264052" w:rsidRPr="001B7A28">
        <w:rPr>
          <w:rFonts w:cs="맑은 고딕"/>
          <w:sz w:val="20"/>
          <w:szCs w:val="28"/>
          <w:lang w:eastAsia="ko-KR"/>
        </w:rPr>
        <w:t xml:space="preserve">- </w:t>
      </w:r>
      <w:proofErr w:type="spellStart"/>
      <w:r w:rsidRPr="001B7A28">
        <w:rPr>
          <w:rFonts w:cs="맑은 고딕" w:hint="eastAsia"/>
          <w:sz w:val="20"/>
          <w:szCs w:val="28"/>
          <w:lang w:eastAsia="ko-KR"/>
        </w:rPr>
        <w:t>분자∙세포생물학분야」에</w:t>
      </w:r>
      <w:proofErr w:type="spellEnd"/>
      <w:r w:rsidRPr="001B7A28">
        <w:rPr>
          <w:rFonts w:cs="맑은 고딕" w:hint="eastAsia"/>
          <w:sz w:val="20"/>
          <w:szCs w:val="28"/>
          <w:lang w:eastAsia="ko-KR"/>
        </w:rPr>
        <w:t xml:space="preserve"> </w:t>
      </w:r>
      <w:r w:rsidRPr="001B7A28">
        <w:rPr>
          <w:rFonts w:cs="맑은 고딕" w:hint="eastAsia"/>
          <w:sz w:val="20"/>
          <w:szCs w:val="28"/>
          <w:lang w:eastAsia="ko-KR"/>
        </w:rPr>
        <w:t>지원합니다</w:t>
      </w:r>
      <w:r w:rsidRPr="001B7A28">
        <w:rPr>
          <w:rFonts w:cs="맑은 고딕" w:hint="eastAsia"/>
          <w:sz w:val="20"/>
          <w:szCs w:val="28"/>
          <w:lang w:eastAsia="ko-KR"/>
        </w:rPr>
        <w:t>.</w:t>
      </w:r>
    </w:p>
    <w:p w14:paraId="15A6BE0B" w14:textId="77777777" w:rsidR="00264052" w:rsidRDefault="00264052">
      <w:pPr>
        <w:spacing w:before="80" w:line="240" w:lineRule="auto"/>
        <w:rPr>
          <w:rFonts w:cs="맑은 고딕"/>
          <w:sz w:val="17"/>
          <w:lang w:eastAsia="ko-KR"/>
        </w:rPr>
      </w:pPr>
    </w:p>
    <w:tbl>
      <w:tblPr>
        <w:tblStyle w:val="af9"/>
        <w:tblW w:w="0" w:type="auto"/>
        <w:tblInd w:w="108" w:type="dxa"/>
        <w:tblLook w:val="04A0" w:firstRow="1" w:lastRow="0" w:firstColumn="1" w:lastColumn="0" w:noHBand="0" w:noVBand="1"/>
      </w:tblPr>
      <w:tblGrid>
        <w:gridCol w:w="5036"/>
        <w:gridCol w:w="5052"/>
      </w:tblGrid>
      <w:tr w:rsidR="00172A29" w14:paraId="53E4B7A1" w14:textId="77777777" w:rsidTr="00264052">
        <w:trPr>
          <w:trHeight w:val="454"/>
        </w:trPr>
        <w:tc>
          <w:tcPr>
            <w:tcW w:w="5094" w:type="dxa"/>
          </w:tcPr>
          <w:p w14:paraId="476DAF3D" w14:textId="3830ABB1" w:rsidR="00172A29" w:rsidRDefault="00172A29" w:rsidP="00172A29">
            <w:pPr>
              <w:spacing w:before="80"/>
              <w:jc w:val="center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 xml:space="preserve">신청일 </w:t>
            </w:r>
            <w:r>
              <w:rPr>
                <w:lang w:eastAsia="ko-KR"/>
              </w:rPr>
              <w:t>2026</w:t>
            </w:r>
            <w:r>
              <w:rPr>
                <w:rFonts w:hint="eastAsia"/>
                <w:lang w:eastAsia="ko-KR"/>
              </w:rPr>
              <w:t xml:space="preserve">년 </w:t>
            </w:r>
            <w:r>
              <w:rPr>
                <w:lang w:eastAsia="ko-KR"/>
              </w:rPr>
              <w:t xml:space="preserve">         </w:t>
            </w:r>
            <w:r>
              <w:rPr>
                <w:rFonts w:hint="eastAsia"/>
                <w:lang w:eastAsia="ko-KR"/>
              </w:rPr>
              <w:t xml:space="preserve">월 </w:t>
            </w:r>
            <w:r>
              <w:rPr>
                <w:lang w:eastAsia="ko-KR"/>
              </w:rPr>
              <w:t xml:space="preserve">    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lang w:eastAsia="ko-KR"/>
              </w:rPr>
              <w:t xml:space="preserve">    </w:t>
            </w:r>
            <w:r>
              <w:rPr>
                <w:rFonts w:hint="eastAsia"/>
                <w:lang w:eastAsia="ko-KR"/>
              </w:rPr>
              <w:t>일</w:t>
            </w:r>
          </w:p>
        </w:tc>
        <w:tc>
          <w:tcPr>
            <w:tcW w:w="5112" w:type="dxa"/>
          </w:tcPr>
          <w:p w14:paraId="55E88289" w14:textId="6D3529B5" w:rsidR="00172A29" w:rsidRDefault="00172A29" w:rsidP="00172A29">
            <w:pPr>
              <w:spacing w:before="80"/>
              <w:jc w:val="center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지원자 성명:</w:t>
            </w:r>
            <w:r>
              <w:rPr>
                <w:lang w:eastAsia="ko-KR"/>
              </w:rPr>
              <w:t xml:space="preserve">                              (</w:t>
            </w:r>
            <w:r>
              <w:rPr>
                <w:rFonts w:hint="eastAsia"/>
                <w:lang w:eastAsia="ko-KR"/>
              </w:rPr>
              <w:t>서명)</w:t>
            </w:r>
          </w:p>
        </w:tc>
      </w:tr>
    </w:tbl>
    <w:p w14:paraId="5B226463" w14:textId="77777777" w:rsidR="00172A29" w:rsidRDefault="00172A29">
      <w:pPr>
        <w:spacing w:before="80" w:line="240" w:lineRule="auto"/>
        <w:rPr>
          <w:lang w:eastAsia="ko-KR"/>
        </w:rPr>
      </w:pPr>
    </w:p>
    <w:p w14:paraId="7AF4EDB7" w14:textId="77777777" w:rsidR="001B7A28" w:rsidRPr="001B7A28" w:rsidRDefault="001B7A28" w:rsidP="001B7A28">
      <w:pPr>
        <w:spacing w:before="40" w:line="240" w:lineRule="auto"/>
        <w:jc w:val="right"/>
        <w:rPr>
          <w:sz w:val="28"/>
          <w:szCs w:val="36"/>
          <w:lang w:eastAsia="ko-KR"/>
        </w:rPr>
      </w:pPr>
      <w:r w:rsidRPr="001B7A28">
        <w:rPr>
          <w:rFonts w:cs="맑은 고딕" w:hint="eastAsia"/>
          <w:b/>
          <w:sz w:val="28"/>
          <w:szCs w:val="36"/>
          <w:lang w:eastAsia="ko-KR"/>
        </w:rPr>
        <w:t>단국대학교 귀하</w:t>
      </w:r>
    </w:p>
    <w:p w14:paraId="3DDE46BE" w14:textId="77777777" w:rsidR="006C5AD4" w:rsidRDefault="008E2B3B">
      <w:pPr>
        <w:rPr>
          <w:lang w:eastAsia="ko-KR"/>
        </w:rPr>
      </w:pPr>
      <w:r>
        <w:rPr>
          <w:rFonts w:cs="맑은 고딕" w:hint="eastAsia"/>
          <w:lang w:eastAsia="ko-KR"/>
        </w:rPr>
        <w:br w:type="page"/>
      </w:r>
    </w:p>
    <w:p w14:paraId="0A5F236D" w14:textId="40874114" w:rsidR="00264052" w:rsidRDefault="00264052" w:rsidP="00264052">
      <w:pPr>
        <w:pStyle w:val="a7"/>
        <w:rPr>
          <w:lang w:eastAsia="ko-KR"/>
        </w:rPr>
      </w:pPr>
      <w:r>
        <w:rPr>
          <w:rFonts w:hint="eastAsia"/>
          <w:lang w:eastAsia="ko-KR"/>
        </w:rPr>
        <w:lastRenderedPageBreak/>
        <w:t xml:space="preserve">[서식 </w:t>
      </w:r>
      <w:r>
        <w:rPr>
          <w:lang w:eastAsia="ko-KR"/>
        </w:rPr>
        <w:t>2</w:t>
      </w:r>
      <w:r>
        <w:rPr>
          <w:rFonts w:hint="eastAsia"/>
          <w:lang w:eastAsia="ko-KR"/>
        </w:rPr>
        <w:t>]</w:t>
      </w:r>
    </w:p>
    <w:p w14:paraId="6E6B84EA" w14:textId="0DD89B9D" w:rsidR="00264052" w:rsidRPr="00264052" w:rsidRDefault="00264052" w:rsidP="00264052">
      <w:pPr>
        <w:pStyle w:val="a7"/>
        <w:jc w:val="center"/>
        <w:rPr>
          <w:b/>
          <w:bCs/>
          <w:sz w:val="36"/>
          <w:szCs w:val="36"/>
          <w:lang w:eastAsia="ko-KR"/>
        </w:rPr>
      </w:pPr>
      <w:r>
        <w:rPr>
          <w:rFonts w:hint="eastAsia"/>
          <w:b/>
          <w:bCs/>
          <w:sz w:val="28"/>
          <w:szCs w:val="28"/>
          <w:lang w:eastAsia="ko-KR"/>
        </w:rPr>
        <w:t>『</w:t>
      </w:r>
      <w:r w:rsidRPr="00172A29">
        <w:rPr>
          <w:rFonts w:hint="eastAsia"/>
          <w:b/>
          <w:bCs/>
          <w:sz w:val="28"/>
          <w:szCs w:val="28"/>
          <w:lang w:eastAsia="ko-KR"/>
        </w:rPr>
        <w:t xml:space="preserve">2026년 </w:t>
      </w:r>
      <w:proofErr w:type="spellStart"/>
      <w:r w:rsidRPr="00172A29">
        <w:rPr>
          <w:rFonts w:hint="eastAsia"/>
          <w:b/>
          <w:bCs/>
          <w:sz w:val="28"/>
          <w:szCs w:val="28"/>
          <w:lang w:eastAsia="ko-KR"/>
        </w:rPr>
        <w:t>바이오헬스</w:t>
      </w:r>
      <w:proofErr w:type="spellEnd"/>
      <w:r w:rsidRPr="00172A29">
        <w:rPr>
          <w:rFonts w:hint="eastAsia"/>
          <w:b/>
          <w:bCs/>
          <w:sz w:val="28"/>
          <w:szCs w:val="28"/>
          <w:lang w:eastAsia="ko-KR"/>
        </w:rPr>
        <w:t xml:space="preserve"> 글로벌 석학 </w:t>
      </w:r>
      <w:proofErr w:type="spellStart"/>
      <w:r w:rsidRPr="00172A29">
        <w:rPr>
          <w:rFonts w:hint="eastAsia"/>
          <w:b/>
          <w:bCs/>
          <w:sz w:val="28"/>
          <w:szCs w:val="28"/>
          <w:lang w:eastAsia="ko-KR"/>
        </w:rPr>
        <w:t>멘토십</w:t>
      </w:r>
      <w:proofErr w:type="spellEnd"/>
      <w:r w:rsidRPr="00172A29">
        <w:rPr>
          <w:rFonts w:hint="eastAsia"/>
          <w:b/>
          <w:bCs/>
          <w:sz w:val="28"/>
          <w:szCs w:val="28"/>
          <w:lang w:eastAsia="ko-KR"/>
        </w:rPr>
        <w:t xml:space="preserve"> 프로그램 </w:t>
      </w:r>
      <w:r w:rsidRPr="00172A29">
        <w:rPr>
          <w:b/>
          <w:bCs/>
          <w:sz w:val="28"/>
          <w:szCs w:val="28"/>
          <w:lang w:eastAsia="ko-KR"/>
        </w:rPr>
        <w:t xml:space="preserve">- </w:t>
      </w:r>
      <w:proofErr w:type="spellStart"/>
      <w:r w:rsidRPr="00172A29">
        <w:rPr>
          <w:rFonts w:hint="eastAsia"/>
          <w:b/>
          <w:bCs/>
          <w:sz w:val="28"/>
          <w:szCs w:val="28"/>
          <w:lang w:eastAsia="ko-KR"/>
        </w:rPr>
        <w:t>분자∙세포생물학분야</w:t>
      </w:r>
      <w:proofErr w:type="spellEnd"/>
      <w:r>
        <w:rPr>
          <w:rFonts w:hint="eastAsia"/>
          <w:b/>
          <w:bCs/>
          <w:sz w:val="28"/>
          <w:szCs w:val="28"/>
          <w:lang w:eastAsia="ko-KR"/>
        </w:rPr>
        <w:t>』</w:t>
      </w:r>
      <w:r w:rsidRPr="00172A29">
        <w:rPr>
          <w:rFonts w:hint="eastAsia"/>
          <w:b/>
          <w:bCs/>
          <w:sz w:val="36"/>
          <w:szCs w:val="28"/>
          <w:lang w:eastAsia="ko-KR"/>
        </w:rPr>
        <w:br/>
      </w:r>
      <w:r w:rsidRPr="00264052">
        <w:rPr>
          <w:rFonts w:hint="eastAsia"/>
          <w:b/>
          <w:bCs/>
          <w:sz w:val="36"/>
          <w:szCs w:val="36"/>
          <w:lang w:eastAsia="ko-KR"/>
        </w:rPr>
        <w:t>-</w:t>
      </w:r>
      <w:r w:rsidRPr="00264052">
        <w:rPr>
          <w:b/>
          <w:bCs/>
          <w:sz w:val="36"/>
          <w:szCs w:val="36"/>
          <w:lang w:eastAsia="ko-KR"/>
        </w:rPr>
        <w:t xml:space="preserve"> </w:t>
      </w:r>
      <w:proofErr w:type="spellStart"/>
      <w:r w:rsidRPr="00264052">
        <w:rPr>
          <w:rFonts w:hint="eastAsia"/>
          <w:b/>
          <w:bCs/>
          <w:sz w:val="36"/>
          <w:szCs w:val="36"/>
          <w:lang w:eastAsia="ko-KR"/>
        </w:rPr>
        <w:t>지원동기</w:t>
      </w:r>
      <w:r w:rsidRPr="00264052">
        <w:rPr>
          <w:rFonts w:cs="맑은 고딕" w:hint="eastAsia"/>
          <w:b/>
          <w:sz w:val="36"/>
          <w:szCs w:val="36"/>
          <w:lang w:eastAsia="ko-KR"/>
        </w:rPr>
        <w:t>·</w:t>
      </w:r>
      <w:r w:rsidRPr="00264052">
        <w:rPr>
          <w:rFonts w:cs="맑은 고딕" w:hint="eastAsia"/>
          <w:b/>
          <w:sz w:val="36"/>
          <w:szCs w:val="36"/>
          <w:lang w:eastAsia="ko-KR"/>
        </w:rPr>
        <w:t>학습</w:t>
      </w:r>
      <w:proofErr w:type="spellEnd"/>
      <w:r w:rsidRPr="00264052">
        <w:rPr>
          <w:rFonts w:cs="맑은 고딕" w:hint="eastAsia"/>
          <w:b/>
          <w:sz w:val="36"/>
          <w:szCs w:val="36"/>
          <w:lang w:eastAsia="ko-KR"/>
        </w:rPr>
        <w:t xml:space="preserve"> 및 연구계획서</w:t>
      </w:r>
      <w:r w:rsidRPr="00264052">
        <w:rPr>
          <w:rFonts w:hint="eastAsia"/>
          <w:b/>
          <w:bCs/>
          <w:sz w:val="36"/>
          <w:szCs w:val="36"/>
          <w:lang w:eastAsia="ko-KR"/>
        </w:rPr>
        <w:t xml:space="preserve"> </w:t>
      </w:r>
      <w:r>
        <w:rPr>
          <w:b/>
          <w:bCs/>
          <w:sz w:val="36"/>
          <w:szCs w:val="36"/>
          <w:lang w:eastAsia="ko-KR"/>
        </w:rPr>
        <w:t>-</w:t>
      </w:r>
    </w:p>
    <w:p w14:paraId="414AD21D" w14:textId="77777777" w:rsidR="00264052" w:rsidRPr="00264052" w:rsidRDefault="00264052" w:rsidP="00264052">
      <w:pPr>
        <w:rPr>
          <w:rFonts w:hint="eastAsia"/>
          <w:lang w:eastAsia="ko-KR"/>
        </w:rPr>
      </w:pPr>
    </w:p>
    <w:p w14:paraId="2DC6F027" w14:textId="4C6050B0" w:rsidR="006C5AD4" w:rsidRPr="00264052" w:rsidRDefault="00264052">
      <w:pPr>
        <w:spacing w:after="80" w:line="240" w:lineRule="auto"/>
        <w:jc w:val="center"/>
        <w:rPr>
          <w:b/>
          <w:bCs/>
          <w:sz w:val="22"/>
          <w:szCs w:val="28"/>
          <w:lang w:eastAsia="ko-KR"/>
        </w:rPr>
      </w:pPr>
      <w:r>
        <w:rPr>
          <w:rFonts w:cs="맑은 고딕" w:hint="eastAsia"/>
          <w:b/>
          <w:bCs/>
          <w:color w:val="404040"/>
          <w:sz w:val="20"/>
          <w:szCs w:val="28"/>
          <w:lang w:eastAsia="ko-KR"/>
        </w:rPr>
        <w:t>*</w:t>
      </w:r>
      <w:r>
        <w:rPr>
          <w:rFonts w:cs="맑은 고딕"/>
          <w:b/>
          <w:bCs/>
          <w:color w:val="404040"/>
          <w:sz w:val="20"/>
          <w:szCs w:val="28"/>
          <w:lang w:eastAsia="ko-KR"/>
        </w:rPr>
        <w:t xml:space="preserve"> </w:t>
      </w:r>
      <w:r w:rsidR="008E2B3B" w:rsidRPr="00264052">
        <w:rPr>
          <w:rFonts w:cs="맑은 고딕" w:hint="eastAsia"/>
          <w:b/>
          <w:bCs/>
          <w:color w:val="404040"/>
          <w:sz w:val="20"/>
          <w:szCs w:val="28"/>
          <w:lang w:eastAsia="ko-KR"/>
        </w:rPr>
        <w:t>서면평가</w:t>
      </w:r>
      <w:r w:rsidR="008E2B3B" w:rsidRPr="00264052">
        <w:rPr>
          <w:rFonts w:cs="맑은 고딕" w:hint="eastAsia"/>
          <w:b/>
          <w:bCs/>
          <w:color w:val="404040"/>
          <w:sz w:val="20"/>
          <w:szCs w:val="28"/>
          <w:lang w:eastAsia="ko-KR"/>
        </w:rPr>
        <w:t xml:space="preserve"> </w:t>
      </w:r>
      <w:r w:rsidR="008E2B3B" w:rsidRPr="00264052">
        <w:rPr>
          <w:rFonts w:cs="맑은 고딕" w:hint="eastAsia"/>
          <w:b/>
          <w:bCs/>
          <w:color w:val="404040"/>
          <w:sz w:val="20"/>
          <w:szCs w:val="28"/>
          <w:lang w:eastAsia="ko-KR"/>
        </w:rPr>
        <w:t>자료로</w:t>
      </w:r>
      <w:r w:rsidR="008E2B3B" w:rsidRPr="00264052">
        <w:rPr>
          <w:rFonts w:cs="맑은 고딕" w:hint="eastAsia"/>
          <w:b/>
          <w:bCs/>
          <w:color w:val="404040"/>
          <w:sz w:val="20"/>
          <w:szCs w:val="28"/>
          <w:lang w:eastAsia="ko-KR"/>
        </w:rPr>
        <w:t xml:space="preserve"> </w:t>
      </w:r>
      <w:r w:rsidR="008E2B3B" w:rsidRPr="00264052">
        <w:rPr>
          <w:rFonts w:cs="맑은 고딕" w:hint="eastAsia"/>
          <w:b/>
          <w:bCs/>
          <w:color w:val="404040"/>
          <w:sz w:val="20"/>
          <w:szCs w:val="28"/>
          <w:lang w:eastAsia="ko-KR"/>
        </w:rPr>
        <w:t>활용되므로</w:t>
      </w:r>
      <w:r w:rsidR="008E2B3B" w:rsidRPr="00264052">
        <w:rPr>
          <w:rFonts w:cs="맑은 고딕" w:hint="eastAsia"/>
          <w:b/>
          <w:bCs/>
          <w:color w:val="404040"/>
          <w:sz w:val="20"/>
          <w:szCs w:val="28"/>
          <w:lang w:eastAsia="ko-KR"/>
        </w:rPr>
        <w:t xml:space="preserve"> </w:t>
      </w:r>
      <w:r w:rsidR="008E2B3B" w:rsidRPr="00264052">
        <w:rPr>
          <w:rFonts w:cs="맑은 고딕" w:hint="eastAsia"/>
          <w:b/>
          <w:bCs/>
          <w:color w:val="404040"/>
          <w:sz w:val="20"/>
          <w:szCs w:val="28"/>
          <w:lang w:eastAsia="ko-KR"/>
        </w:rPr>
        <w:t>구체적이고</w:t>
      </w:r>
      <w:r w:rsidR="008E2B3B" w:rsidRPr="00264052">
        <w:rPr>
          <w:rFonts w:cs="맑은 고딕" w:hint="eastAsia"/>
          <w:b/>
          <w:bCs/>
          <w:color w:val="404040"/>
          <w:sz w:val="20"/>
          <w:szCs w:val="28"/>
          <w:lang w:eastAsia="ko-KR"/>
        </w:rPr>
        <w:t xml:space="preserve"> </w:t>
      </w:r>
      <w:r w:rsidR="008E2B3B" w:rsidRPr="00264052">
        <w:rPr>
          <w:rFonts w:cs="맑은 고딕" w:hint="eastAsia"/>
          <w:b/>
          <w:bCs/>
          <w:color w:val="404040"/>
          <w:sz w:val="20"/>
          <w:szCs w:val="28"/>
          <w:lang w:eastAsia="ko-KR"/>
        </w:rPr>
        <w:t>사실에</w:t>
      </w:r>
      <w:r w:rsidR="008E2B3B" w:rsidRPr="00264052">
        <w:rPr>
          <w:rFonts w:cs="맑은 고딕" w:hint="eastAsia"/>
          <w:b/>
          <w:bCs/>
          <w:color w:val="404040"/>
          <w:sz w:val="20"/>
          <w:szCs w:val="28"/>
          <w:lang w:eastAsia="ko-KR"/>
        </w:rPr>
        <w:t xml:space="preserve"> </w:t>
      </w:r>
      <w:r w:rsidR="008E2B3B" w:rsidRPr="00264052">
        <w:rPr>
          <w:rFonts w:cs="맑은 고딕" w:hint="eastAsia"/>
          <w:b/>
          <w:bCs/>
          <w:color w:val="404040"/>
          <w:sz w:val="20"/>
          <w:szCs w:val="28"/>
          <w:lang w:eastAsia="ko-KR"/>
        </w:rPr>
        <w:t>근거하여</w:t>
      </w:r>
      <w:r w:rsidR="008E2B3B" w:rsidRPr="00264052">
        <w:rPr>
          <w:rFonts w:cs="맑은 고딕" w:hint="eastAsia"/>
          <w:b/>
          <w:bCs/>
          <w:color w:val="404040"/>
          <w:sz w:val="20"/>
          <w:szCs w:val="28"/>
          <w:lang w:eastAsia="ko-KR"/>
        </w:rPr>
        <w:t xml:space="preserve"> </w:t>
      </w:r>
      <w:r w:rsidR="008E2B3B" w:rsidRPr="00264052">
        <w:rPr>
          <w:rFonts w:cs="맑은 고딕" w:hint="eastAsia"/>
          <w:b/>
          <w:bCs/>
          <w:color w:val="404040"/>
          <w:sz w:val="20"/>
          <w:szCs w:val="28"/>
          <w:lang w:eastAsia="ko-KR"/>
        </w:rPr>
        <w:t>작성하여</w:t>
      </w:r>
      <w:r w:rsidR="008E2B3B" w:rsidRPr="00264052">
        <w:rPr>
          <w:rFonts w:cs="맑은 고딕" w:hint="eastAsia"/>
          <w:b/>
          <w:bCs/>
          <w:color w:val="404040"/>
          <w:sz w:val="20"/>
          <w:szCs w:val="28"/>
          <w:lang w:eastAsia="ko-KR"/>
        </w:rPr>
        <w:t xml:space="preserve"> </w:t>
      </w:r>
      <w:r w:rsidR="008E2B3B" w:rsidRPr="00264052">
        <w:rPr>
          <w:rFonts w:cs="맑은 고딕" w:hint="eastAsia"/>
          <w:b/>
          <w:bCs/>
          <w:color w:val="404040"/>
          <w:sz w:val="20"/>
          <w:szCs w:val="28"/>
          <w:lang w:eastAsia="ko-KR"/>
        </w:rPr>
        <w:t>주십시오</w:t>
      </w:r>
      <w:r w:rsidR="008E2B3B" w:rsidRPr="00264052">
        <w:rPr>
          <w:rFonts w:cs="맑은 고딕" w:hint="eastAsia"/>
          <w:b/>
          <w:bCs/>
          <w:color w:val="404040"/>
          <w:sz w:val="20"/>
          <w:szCs w:val="28"/>
          <w:lang w:eastAsia="ko-KR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74"/>
        <w:gridCol w:w="3628"/>
        <w:gridCol w:w="1474"/>
        <w:gridCol w:w="3628"/>
      </w:tblGrid>
      <w:tr w:rsidR="006C5AD4" w14:paraId="0D071501" w14:textId="77777777">
        <w:trPr>
          <w:cantSplit/>
          <w:jc w:val="center"/>
        </w:trPr>
        <w:tc>
          <w:tcPr>
            <w:tcW w:w="147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F7CB9B" w14:textId="77777777" w:rsidR="006C5AD4" w:rsidRDefault="008E2B3B">
            <w:pPr>
              <w:spacing w:line="240" w:lineRule="auto"/>
              <w:jc w:val="center"/>
            </w:pPr>
            <w:proofErr w:type="spellStart"/>
            <w:r>
              <w:rPr>
                <w:rFonts w:cs="맑은 고딕" w:hint="eastAsia"/>
                <w:b/>
              </w:rPr>
              <w:t>접</w:t>
            </w:r>
            <w:r>
              <w:rPr>
                <w:rFonts w:cs="맑은 고딕" w:hint="eastAsia"/>
                <w:b/>
              </w:rPr>
              <w:t>수번호</w:t>
            </w:r>
            <w:proofErr w:type="spellEnd"/>
          </w:p>
        </w:tc>
        <w:tc>
          <w:tcPr>
            <w:tcW w:w="362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4ABF12" w14:textId="77777777" w:rsidR="006C5AD4" w:rsidRDefault="008E2B3B">
            <w:pPr>
              <w:spacing w:line="240" w:lineRule="auto"/>
            </w:pPr>
            <w:r>
              <w:rPr>
                <w:rFonts w:cs="맑은 고딕" w:hint="eastAsia"/>
                <w:sz w:val="17"/>
              </w:rPr>
              <w:t>※</w:t>
            </w:r>
            <w:r>
              <w:rPr>
                <w:rFonts w:cs="맑은 고딕" w:hint="eastAsia"/>
                <w:sz w:val="17"/>
              </w:rPr>
              <w:t xml:space="preserve"> </w:t>
            </w:r>
            <w:r>
              <w:rPr>
                <w:rFonts w:cs="맑은 고딕" w:hint="eastAsia"/>
                <w:sz w:val="17"/>
              </w:rPr>
              <w:t>사업운영팀</w:t>
            </w:r>
            <w:r>
              <w:rPr>
                <w:rFonts w:cs="맑은 고딕" w:hint="eastAsia"/>
                <w:sz w:val="17"/>
              </w:rPr>
              <w:t xml:space="preserve"> </w:t>
            </w:r>
            <w:r>
              <w:rPr>
                <w:rFonts w:cs="맑은 고딕" w:hint="eastAsia"/>
                <w:sz w:val="17"/>
              </w:rPr>
              <w:t>기재</w:t>
            </w:r>
          </w:p>
        </w:tc>
        <w:tc>
          <w:tcPr>
            <w:tcW w:w="147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90CD24" w14:textId="77777777" w:rsidR="006C5AD4" w:rsidRDefault="008E2B3B">
            <w:pPr>
              <w:spacing w:line="240" w:lineRule="auto"/>
              <w:jc w:val="center"/>
            </w:pPr>
            <w:r>
              <w:rPr>
                <w:rFonts w:cs="맑은 고딕" w:hint="eastAsia"/>
                <w:b/>
              </w:rPr>
              <w:t>성명</w:t>
            </w:r>
          </w:p>
        </w:tc>
        <w:tc>
          <w:tcPr>
            <w:tcW w:w="362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1A8903" w14:textId="77777777" w:rsidR="006C5AD4" w:rsidRDefault="006C5AD4">
            <w:pPr>
              <w:spacing w:line="240" w:lineRule="auto"/>
            </w:pPr>
          </w:p>
        </w:tc>
      </w:tr>
      <w:tr w:rsidR="006C5AD4" w14:paraId="13B55D91" w14:textId="77777777">
        <w:trPr>
          <w:cantSplit/>
          <w:jc w:val="center"/>
        </w:trPr>
        <w:tc>
          <w:tcPr>
            <w:tcW w:w="147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BD83D4" w14:textId="77777777" w:rsidR="006C5AD4" w:rsidRDefault="008E2B3B">
            <w:pPr>
              <w:spacing w:line="240" w:lineRule="auto"/>
              <w:jc w:val="center"/>
            </w:pPr>
            <w:r>
              <w:rPr>
                <w:rFonts w:cs="맑은 고딕" w:hint="eastAsia"/>
                <w:b/>
              </w:rPr>
              <w:t>지원분야</w:t>
            </w:r>
          </w:p>
        </w:tc>
        <w:tc>
          <w:tcPr>
            <w:tcW w:w="8730" w:type="dxa"/>
            <w:gridSpan w:val="3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774C41" w14:textId="77777777" w:rsidR="006C5AD4" w:rsidRDefault="008E2B3B">
            <w:pPr>
              <w:spacing w:line="240" w:lineRule="auto"/>
              <w:rPr>
                <w:lang w:eastAsia="ko-KR"/>
              </w:rPr>
            </w:pPr>
            <w:r>
              <w:rPr>
                <w:rFonts w:cs="맑은 고딕" w:hint="eastAsia"/>
                <w:b/>
                <w:lang w:eastAsia="ko-KR"/>
              </w:rPr>
              <w:t>□</w:t>
            </w:r>
            <w:r>
              <w:rPr>
                <w:rFonts w:cs="맑은 고딕" w:hint="eastAsia"/>
                <w:b/>
                <w:lang w:eastAsia="ko-KR"/>
              </w:rPr>
              <w:t xml:space="preserve"> MD</w:t>
            </w:r>
            <w:r>
              <w:rPr>
                <w:rFonts w:cs="맑은 고딕" w:hint="eastAsia"/>
                <w:b/>
                <w:lang w:eastAsia="ko-KR"/>
              </w:rPr>
              <w:t>·임상의학</w:t>
            </w:r>
            <w:r>
              <w:rPr>
                <w:rFonts w:cs="맑은 고딕" w:hint="eastAsia"/>
                <w:b/>
                <w:lang w:eastAsia="ko-KR"/>
              </w:rPr>
              <w:t>(</w:t>
            </w:r>
            <w:r>
              <w:rPr>
                <w:rFonts w:cs="맑은 고딕" w:hint="eastAsia"/>
                <w:b/>
                <w:lang w:eastAsia="ko-KR"/>
              </w:rPr>
              <w:t>전국개방형</w:t>
            </w:r>
            <w:r>
              <w:rPr>
                <w:rFonts w:cs="맑은 고딕" w:hint="eastAsia"/>
                <w:b/>
                <w:lang w:eastAsia="ko-KR"/>
              </w:rPr>
              <w:t xml:space="preserve">)     </w:t>
            </w:r>
            <w:r>
              <w:rPr>
                <w:rFonts w:cs="맑은 고딕" w:hint="eastAsia"/>
                <w:b/>
                <w:lang w:eastAsia="ko-KR"/>
              </w:rPr>
              <w:t>□</w:t>
            </w:r>
            <w:r>
              <w:rPr>
                <w:rFonts w:cs="맑은 고딕" w:hint="eastAsia"/>
                <w:b/>
                <w:lang w:eastAsia="ko-KR"/>
              </w:rPr>
              <w:t xml:space="preserve"> </w:t>
            </w:r>
            <w:r>
              <w:rPr>
                <w:rFonts w:cs="맑은 고딕" w:hint="eastAsia"/>
                <w:b/>
                <w:lang w:eastAsia="ko-KR"/>
              </w:rPr>
              <w:t>비</w:t>
            </w:r>
            <w:r>
              <w:rPr>
                <w:rFonts w:cs="맑은 고딕" w:hint="eastAsia"/>
                <w:b/>
                <w:lang w:eastAsia="ko-KR"/>
              </w:rPr>
              <w:t xml:space="preserve">-MD </w:t>
            </w:r>
            <w:r>
              <w:rPr>
                <w:rFonts w:cs="맑은 고딕" w:hint="eastAsia"/>
                <w:b/>
                <w:lang w:eastAsia="ko-KR"/>
              </w:rPr>
              <w:t>연구자</w:t>
            </w:r>
            <w:r>
              <w:rPr>
                <w:rFonts w:cs="맑은 고딕" w:hint="eastAsia"/>
                <w:b/>
                <w:lang w:eastAsia="ko-KR"/>
              </w:rPr>
              <w:t>(</w:t>
            </w:r>
            <w:r>
              <w:rPr>
                <w:rFonts w:cs="맑은 고딕" w:hint="eastAsia"/>
                <w:b/>
                <w:lang w:eastAsia="ko-KR"/>
              </w:rPr>
              <w:t>단국대학교</w:t>
            </w:r>
            <w:r>
              <w:rPr>
                <w:rFonts w:cs="맑은 고딕" w:hint="eastAsia"/>
                <w:b/>
                <w:lang w:eastAsia="ko-KR"/>
              </w:rPr>
              <w:t xml:space="preserve"> </w:t>
            </w:r>
            <w:r>
              <w:rPr>
                <w:rFonts w:cs="맑은 고딕" w:hint="eastAsia"/>
                <w:b/>
                <w:lang w:eastAsia="ko-KR"/>
              </w:rPr>
              <w:t>소속</w:t>
            </w:r>
            <w:r>
              <w:rPr>
                <w:rFonts w:cs="맑은 고딕" w:hint="eastAsia"/>
                <w:b/>
                <w:lang w:eastAsia="ko-KR"/>
              </w:rPr>
              <w:t>)</w:t>
            </w:r>
          </w:p>
        </w:tc>
      </w:tr>
    </w:tbl>
    <w:p w14:paraId="2FD33235" w14:textId="77777777" w:rsidR="006C5AD4" w:rsidRDefault="006C5AD4">
      <w:pPr>
        <w:spacing w:after="40" w:line="240" w:lineRule="auto"/>
        <w:rPr>
          <w:lang w:eastAsia="ko-K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7824"/>
      </w:tblGrid>
      <w:tr w:rsidR="006C5AD4" w14:paraId="37DC19FB" w14:textId="77777777">
        <w:trPr>
          <w:cantSplit/>
          <w:jc w:val="center"/>
        </w:trPr>
        <w:tc>
          <w:tcPr>
            <w:tcW w:w="238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39ED60" w14:textId="2710FE88" w:rsidR="006C5AD4" w:rsidRDefault="008E2B3B">
            <w:pPr>
              <w:spacing w:line="240" w:lineRule="auto"/>
              <w:jc w:val="center"/>
            </w:pPr>
            <w:r>
              <w:rPr>
                <w:rFonts w:cs="맑은 고딕" w:hint="eastAsia"/>
                <w:b/>
              </w:rPr>
              <w:t xml:space="preserve">1. </w:t>
            </w:r>
            <w:proofErr w:type="spellStart"/>
            <w:r>
              <w:rPr>
                <w:rFonts w:cs="맑은 고딕" w:hint="eastAsia"/>
                <w:b/>
              </w:rPr>
              <w:t>지원동기</w:t>
            </w:r>
            <w:proofErr w:type="spellEnd"/>
            <w:r>
              <w:rPr>
                <w:rFonts w:cs="맑은 고딕" w:hint="eastAsia"/>
                <w:b/>
              </w:rPr>
              <w:t xml:space="preserve"> </w:t>
            </w:r>
            <w:r>
              <w:rPr>
                <w:rFonts w:cs="맑은 고딕" w:hint="eastAsia"/>
                <w:b/>
              </w:rPr>
              <w:t>및</w:t>
            </w:r>
            <w:r>
              <w:rPr>
                <w:rFonts w:cs="맑은 고딕" w:hint="eastAsia"/>
                <w:b/>
              </w:rPr>
              <w:t xml:space="preserve"> </w:t>
            </w:r>
            <w:r w:rsidR="00264052">
              <w:rPr>
                <w:rFonts w:cs="맑은 고딕"/>
                <w:b/>
              </w:rPr>
              <w:br/>
            </w:r>
            <w:proofErr w:type="spellStart"/>
            <w:r>
              <w:rPr>
                <w:rFonts w:cs="맑은 고딕" w:hint="eastAsia"/>
                <w:b/>
              </w:rPr>
              <w:t>진로</w:t>
            </w:r>
            <w:proofErr w:type="spellEnd"/>
            <w:r>
              <w:rPr>
                <w:rFonts w:cs="맑은 고딕" w:hint="eastAsia"/>
                <w:b/>
              </w:rPr>
              <w:t xml:space="preserve"> </w:t>
            </w:r>
            <w:proofErr w:type="spellStart"/>
            <w:r>
              <w:rPr>
                <w:rFonts w:cs="맑은 고딕" w:hint="eastAsia"/>
                <w:b/>
              </w:rPr>
              <w:t>연계</w:t>
            </w:r>
            <w:proofErr w:type="spellEnd"/>
          </w:p>
        </w:tc>
        <w:tc>
          <w:tcPr>
            <w:tcW w:w="782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75715A" w14:textId="77777777" w:rsidR="00264052" w:rsidRDefault="008E2B3B">
            <w:pPr>
              <w:spacing w:line="240" w:lineRule="auto"/>
              <w:rPr>
                <w:rFonts w:cs="맑은 고딕"/>
                <w:lang w:eastAsia="ko-KR"/>
              </w:rPr>
            </w:pPr>
            <w:r>
              <w:rPr>
                <w:rFonts w:cs="맑은 고딕" w:hint="eastAsia"/>
                <w:sz w:val="16"/>
                <w:lang w:eastAsia="ko-KR"/>
              </w:rPr>
              <w:t>본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프로그램에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지원한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이유와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현재의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proofErr w:type="spellStart"/>
            <w:r>
              <w:rPr>
                <w:rFonts w:cs="맑은 고딕" w:hint="eastAsia"/>
                <w:sz w:val="16"/>
                <w:lang w:eastAsia="ko-KR"/>
              </w:rPr>
              <w:t>전공·진로·연구목표와의</w:t>
            </w:r>
            <w:proofErr w:type="spellEnd"/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연계성을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작성하여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주십시오</w:t>
            </w:r>
            <w:r>
              <w:rPr>
                <w:rFonts w:cs="맑은 고딕" w:hint="eastAsia"/>
                <w:sz w:val="16"/>
                <w:lang w:eastAsia="ko-KR"/>
              </w:rPr>
              <w:t>.</w:t>
            </w:r>
            <w:r>
              <w:rPr>
                <w:rFonts w:cs="맑은 고딕" w:hint="eastAsia"/>
                <w:lang w:eastAsia="ko-KR"/>
              </w:rPr>
              <w:br/>
            </w:r>
          </w:p>
          <w:p w14:paraId="6A83E84C" w14:textId="77777777" w:rsidR="00264052" w:rsidRDefault="00264052">
            <w:pPr>
              <w:spacing w:line="240" w:lineRule="auto"/>
              <w:rPr>
                <w:rFonts w:cs="맑은 고딕"/>
                <w:lang w:eastAsia="ko-KR"/>
              </w:rPr>
            </w:pPr>
          </w:p>
          <w:p w14:paraId="4D5458B6" w14:textId="5D2188A4" w:rsidR="006C5AD4" w:rsidRDefault="008E2B3B">
            <w:pPr>
              <w:spacing w:line="240" w:lineRule="auto"/>
              <w:rPr>
                <w:lang w:eastAsia="ko-KR"/>
              </w:rPr>
            </w:pPr>
            <w:r>
              <w:rPr>
                <w:rFonts w:cs="맑은 고딕" w:hint="eastAsia"/>
                <w:lang w:eastAsia="ko-KR"/>
              </w:rPr>
              <w:br/>
            </w:r>
          </w:p>
        </w:tc>
      </w:tr>
      <w:tr w:rsidR="006C5AD4" w14:paraId="742C90DB" w14:textId="77777777">
        <w:trPr>
          <w:cantSplit/>
          <w:jc w:val="center"/>
        </w:trPr>
        <w:tc>
          <w:tcPr>
            <w:tcW w:w="238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DD8030" w14:textId="4CFD28BF" w:rsidR="006C5AD4" w:rsidRDefault="008E2B3B">
            <w:pPr>
              <w:spacing w:line="240" w:lineRule="auto"/>
              <w:jc w:val="center"/>
              <w:rPr>
                <w:lang w:eastAsia="ko-KR"/>
              </w:rPr>
            </w:pPr>
            <w:r>
              <w:rPr>
                <w:rFonts w:cs="맑은 고딕" w:hint="eastAsia"/>
                <w:b/>
                <w:lang w:eastAsia="ko-KR"/>
              </w:rPr>
              <w:t xml:space="preserve">2. </w:t>
            </w:r>
            <w:r>
              <w:rPr>
                <w:rFonts w:cs="맑은 고딕" w:hint="eastAsia"/>
                <w:b/>
                <w:lang w:eastAsia="ko-KR"/>
              </w:rPr>
              <w:t>관심</w:t>
            </w:r>
            <w:r>
              <w:rPr>
                <w:rFonts w:cs="맑은 고딕" w:hint="eastAsia"/>
                <w:b/>
                <w:lang w:eastAsia="ko-KR"/>
              </w:rPr>
              <w:t xml:space="preserve"> </w:t>
            </w:r>
            <w:r>
              <w:rPr>
                <w:rFonts w:cs="맑은 고딕" w:hint="eastAsia"/>
                <w:b/>
                <w:lang w:eastAsia="ko-KR"/>
              </w:rPr>
              <w:t>연구분야</w:t>
            </w:r>
            <w:r>
              <w:rPr>
                <w:rFonts w:cs="맑은 고딕" w:hint="eastAsia"/>
                <w:b/>
                <w:lang w:eastAsia="ko-KR"/>
              </w:rPr>
              <w:t xml:space="preserve"> </w:t>
            </w:r>
            <w:r>
              <w:rPr>
                <w:rFonts w:cs="맑은 고딕" w:hint="eastAsia"/>
                <w:b/>
                <w:lang w:eastAsia="ko-KR"/>
              </w:rPr>
              <w:t>및</w:t>
            </w:r>
            <w:r>
              <w:rPr>
                <w:rFonts w:cs="맑은 고딕" w:hint="eastAsia"/>
                <w:b/>
                <w:lang w:eastAsia="ko-KR"/>
              </w:rPr>
              <w:t xml:space="preserve"> </w:t>
            </w:r>
            <w:r w:rsidR="00264052">
              <w:rPr>
                <w:rFonts w:cs="맑은 고딕"/>
                <w:b/>
                <w:lang w:eastAsia="ko-KR"/>
              </w:rPr>
              <w:br/>
            </w:r>
            <w:r>
              <w:rPr>
                <w:rFonts w:cs="맑은 고딕" w:hint="eastAsia"/>
                <w:b/>
                <w:lang w:eastAsia="ko-KR"/>
              </w:rPr>
              <w:t>문제</w:t>
            </w:r>
            <w:r>
              <w:rPr>
                <w:rFonts w:cs="맑은 고딕" w:hint="eastAsia"/>
                <w:b/>
                <w:lang w:eastAsia="ko-KR"/>
              </w:rPr>
              <w:t xml:space="preserve"> </w:t>
            </w:r>
            <w:r>
              <w:rPr>
                <w:rFonts w:cs="맑은 고딕" w:hint="eastAsia"/>
                <w:b/>
                <w:lang w:eastAsia="ko-KR"/>
              </w:rPr>
              <w:t>정의</w:t>
            </w:r>
          </w:p>
        </w:tc>
        <w:tc>
          <w:tcPr>
            <w:tcW w:w="782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B24159" w14:textId="77777777" w:rsidR="00264052" w:rsidRDefault="008E2B3B">
            <w:pPr>
              <w:spacing w:line="240" w:lineRule="auto"/>
              <w:rPr>
                <w:rFonts w:cs="맑은 고딕"/>
                <w:lang w:eastAsia="ko-KR"/>
              </w:rPr>
            </w:pPr>
            <w:r>
              <w:rPr>
                <w:rFonts w:cs="맑은 고딕" w:hint="eastAsia"/>
                <w:sz w:val="16"/>
                <w:lang w:eastAsia="ko-KR"/>
              </w:rPr>
              <w:t>관심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있는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proofErr w:type="spellStart"/>
            <w:r>
              <w:rPr>
                <w:rFonts w:cs="맑은 고딕" w:hint="eastAsia"/>
                <w:sz w:val="16"/>
                <w:lang w:eastAsia="ko-KR"/>
              </w:rPr>
              <w:t>임상·생물학적</w:t>
            </w:r>
            <w:proofErr w:type="spellEnd"/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또는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proofErr w:type="spellStart"/>
            <w:r>
              <w:rPr>
                <w:rFonts w:cs="맑은 고딕" w:hint="eastAsia"/>
                <w:sz w:val="16"/>
                <w:lang w:eastAsia="ko-KR"/>
              </w:rPr>
              <w:t>바이오헬스</w:t>
            </w:r>
            <w:proofErr w:type="spellEnd"/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연구분야와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해결하고자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하는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문제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또는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proofErr w:type="spellStart"/>
            <w:r>
              <w:rPr>
                <w:rFonts w:cs="맑은 고딕" w:hint="eastAsia"/>
                <w:sz w:val="16"/>
                <w:lang w:eastAsia="ko-KR"/>
              </w:rPr>
              <w:t>미충족</w:t>
            </w:r>
            <w:proofErr w:type="spellEnd"/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수요를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작성하여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주십시오</w:t>
            </w:r>
            <w:r>
              <w:rPr>
                <w:rFonts w:cs="맑은 고딕" w:hint="eastAsia"/>
                <w:sz w:val="16"/>
                <w:lang w:eastAsia="ko-KR"/>
              </w:rPr>
              <w:t>.</w:t>
            </w:r>
            <w:r>
              <w:rPr>
                <w:rFonts w:cs="맑은 고딕" w:hint="eastAsia"/>
                <w:lang w:eastAsia="ko-KR"/>
              </w:rPr>
              <w:br/>
            </w:r>
          </w:p>
          <w:p w14:paraId="32224C16" w14:textId="77777777" w:rsidR="00264052" w:rsidRDefault="00264052">
            <w:pPr>
              <w:spacing w:line="240" w:lineRule="auto"/>
              <w:rPr>
                <w:rFonts w:cs="맑은 고딕"/>
                <w:lang w:eastAsia="ko-KR"/>
              </w:rPr>
            </w:pPr>
          </w:p>
          <w:p w14:paraId="798B6848" w14:textId="17ABBA99" w:rsidR="006C5AD4" w:rsidRDefault="008E2B3B">
            <w:pPr>
              <w:spacing w:line="240" w:lineRule="auto"/>
              <w:rPr>
                <w:lang w:eastAsia="ko-KR"/>
              </w:rPr>
            </w:pPr>
            <w:r>
              <w:rPr>
                <w:rFonts w:cs="맑은 고딕" w:hint="eastAsia"/>
                <w:lang w:eastAsia="ko-KR"/>
              </w:rPr>
              <w:br/>
            </w:r>
          </w:p>
        </w:tc>
      </w:tr>
      <w:tr w:rsidR="006C5AD4" w14:paraId="0B8AFD2E" w14:textId="77777777">
        <w:trPr>
          <w:cantSplit/>
          <w:jc w:val="center"/>
        </w:trPr>
        <w:tc>
          <w:tcPr>
            <w:tcW w:w="238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BE27C1" w14:textId="57F7802D" w:rsidR="006C5AD4" w:rsidRDefault="008E2B3B">
            <w:pPr>
              <w:spacing w:line="240" w:lineRule="auto"/>
              <w:jc w:val="center"/>
              <w:rPr>
                <w:lang w:eastAsia="ko-KR"/>
              </w:rPr>
            </w:pPr>
            <w:r>
              <w:rPr>
                <w:rFonts w:cs="맑은 고딕" w:hint="eastAsia"/>
                <w:b/>
                <w:lang w:eastAsia="ko-KR"/>
              </w:rPr>
              <w:t xml:space="preserve">3. </w:t>
            </w:r>
            <w:proofErr w:type="spellStart"/>
            <w:r>
              <w:rPr>
                <w:rFonts w:cs="맑은 고딕" w:hint="eastAsia"/>
                <w:b/>
                <w:lang w:eastAsia="ko-KR"/>
              </w:rPr>
              <w:t>연구질문·가설</w:t>
            </w:r>
            <w:proofErr w:type="spellEnd"/>
            <w:r>
              <w:rPr>
                <w:rFonts w:cs="맑은 고딕" w:hint="eastAsia"/>
                <w:b/>
                <w:lang w:eastAsia="ko-KR"/>
              </w:rPr>
              <w:t xml:space="preserve"> </w:t>
            </w:r>
            <w:r>
              <w:rPr>
                <w:rFonts w:cs="맑은 고딕" w:hint="eastAsia"/>
                <w:b/>
                <w:lang w:eastAsia="ko-KR"/>
              </w:rPr>
              <w:t>및</w:t>
            </w:r>
            <w:r>
              <w:rPr>
                <w:rFonts w:cs="맑은 고딕" w:hint="eastAsia"/>
                <w:b/>
                <w:lang w:eastAsia="ko-KR"/>
              </w:rPr>
              <w:t xml:space="preserve"> </w:t>
            </w:r>
            <w:r w:rsidR="00264052">
              <w:rPr>
                <w:rFonts w:cs="맑은 고딕"/>
                <w:b/>
                <w:lang w:eastAsia="ko-KR"/>
              </w:rPr>
              <w:br/>
            </w:r>
            <w:r>
              <w:rPr>
                <w:rFonts w:cs="맑은 고딕" w:hint="eastAsia"/>
                <w:b/>
                <w:lang w:eastAsia="ko-KR"/>
              </w:rPr>
              <w:t>관심</w:t>
            </w:r>
            <w:r>
              <w:rPr>
                <w:rFonts w:cs="맑은 고딕" w:hint="eastAsia"/>
                <w:b/>
                <w:lang w:eastAsia="ko-KR"/>
              </w:rPr>
              <w:t xml:space="preserve"> </w:t>
            </w:r>
            <w:proofErr w:type="spellStart"/>
            <w:r>
              <w:rPr>
                <w:rFonts w:cs="맑은 고딕" w:hint="eastAsia"/>
                <w:b/>
                <w:lang w:eastAsia="ko-KR"/>
              </w:rPr>
              <w:t>실험·분석</w:t>
            </w:r>
            <w:proofErr w:type="spellEnd"/>
          </w:p>
        </w:tc>
        <w:tc>
          <w:tcPr>
            <w:tcW w:w="782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FE5568" w14:textId="77777777" w:rsidR="006C5AD4" w:rsidRDefault="008E2B3B">
            <w:pPr>
              <w:spacing w:line="240" w:lineRule="auto"/>
              <w:rPr>
                <w:lang w:eastAsia="ko-KR"/>
              </w:rPr>
            </w:pPr>
            <w:r>
              <w:rPr>
                <w:rFonts w:cs="맑은 고딕" w:hint="eastAsia"/>
                <w:sz w:val="16"/>
                <w:lang w:eastAsia="ko-KR"/>
              </w:rPr>
              <w:t>교육과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멘토링을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통해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구체화하고자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하는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연구질문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또는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가설과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활용하고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싶은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proofErr w:type="spellStart"/>
            <w:r>
              <w:rPr>
                <w:rFonts w:cs="맑은 고딕" w:hint="eastAsia"/>
                <w:sz w:val="16"/>
                <w:lang w:eastAsia="ko-KR"/>
              </w:rPr>
              <w:t>실험·분석방법을</w:t>
            </w:r>
            <w:proofErr w:type="spellEnd"/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작성하여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주십시오</w:t>
            </w:r>
            <w:r>
              <w:rPr>
                <w:rFonts w:cs="맑은 고딕" w:hint="eastAsia"/>
                <w:sz w:val="16"/>
                <w:lang w:eastAsia="ko-KR"/>
              </w:rPr>
              <w:t>.</w:t>
            </w:r>
            <w:r>
              <w:rPr>
                <w:rFonts w:cs="맑은 고딕" w:hint="eastAsia"/>
                <w:lang w:eastAsia="ko-KR"/>
              </w:rPr>
              <w:br/>
            </w:r>
            <w:r w:rsidRPr="00264052">
              <w:rPr>
                <w:rFonts w:cs="맑은 고딕" w:hint="eastAsia"/>
                <w:i/>
                <w:iCs/>
                <w:sz w:val="16"/>
                <w:lang w:eastAsia="ko-KR"/>
              </w:rPr>
              <w:t>※</w:t>
            </w:r>
            <w:r w:rsidRPr="00264052">
              <w:rPr>
                <w:rFonts w:cs="맑은 고딕" w:hint="eastAsia"/>
                <w:i/>
                <w:iCs/>
                <w:sz w:val="16"/>
                <w:lang w:eastAsia="ko-KR"/>
              </w:rPr>
              <w:t xml:space="preserve"> </w:t>
            </w:r>
            <w:r w:rsidRPr="00264052">
              <w:rPr>
                <w:rFonts w:cs="맑은 고딕" w:hint="eastAsia"/>
                <w:i/>
                <w:iCs/>
                <w:sz w:val="16"/>
                <w:lang w:eastAsia="ko-KR"/>
              </w:rPr>
              <w:t>확정된</w:t>
            </w:r>
            <w:r w:rsidRPr="00264052">
              <w:rPr>
                <w:rFonts w:cs="맑은 고딕" w:hint="eastAsia"/>
                <w:i/>
                <w:iCs/>
                <w:sz w:val="16"/>
                <w:lang w:eastAsia="ko-KR"/>
              </w:rPr>
              <w:t xml:space="preserve"> </w:t>
            </w:r>
            <w:r w:rsidRPr="00264052">
              <w:rPr>
                <w:rFonts w:cs="맑은 고딕" w:hint="eastAsia"/>
                <w:i/>
                <w:iCs/>
                <w:sz w:val="16"/>
                <w:lang w:eastAsia="ko-KR"/>
              </w:rPr>
              <w:t>연구계획서가</w:t>
            </w:r>
            <w:r w:rsidRPr="00264052">
              <w:rPr>
                <w:rFonts w:cs="맑은 고딕" w:hint="eastAsia"/>
                <w:i/>
                <w:iCs/>
                <w:sz w:val="16"/>
                <w:lang w:eastAsia="ko-KR"/>
              </w:rPr>
              <w:t xml:space="preserve"> </w:t>
            </w:r>
            <w:r w:rsidRPr="00264052">
              <w:rPr>
                <w:rFonts w:cs="맑은 고딕" w:hint="eastAsia"/>
                <w:i/>
                <w:iCs/>
                <w:sz w:val="16"/>
                <w:lang w:eastAsia="ko-KR"/>
              </w:rPr>
              <w:t>아니라</w:t>
            </w:r>
            <w:r w:rsidRPr="00264052">
              <w:rPr>
                <w:rFonts w:cs="맑은 고딕" w:hint="eastAsia"/>
                <w:i/>
                <w:iCs/>
                <w:sz w:val="16"/>
                <w:lang w:eastAsia="ko-KR"/>
              </w:rPr>
              <w:t xml:space="preserve"> </w:t>
            </w:r>
            <w:r w:rsidRPr="00264052">
              <w:rPr>
                <w:rFonts w:cs="맑은 고딕" w:hint="eastAsia"/>
                <w:i/>
                <w:iCs/>
                <w:sz w:val="16"/>
                <w:lang w:eastAsia="ko-KR"/>
              </w:rPr>
              <w:t>현재의</w:t>
            </w:r>
            <w:r w:rsidRPr="00264052">
              <w:rPr>
                <w:rFonts w:cs="맑은 고딕" w:hint="eastAsia"/>
                <w:i/>
                <w:iCs/>
                <w:sz w:val="16"/>
                <w:lang w:eastAsia="ko-KR"/>
              </w:rPr>
              <w:t xml:space="preserve"> </w:t>
            </w:r>
            <w:r w:rsidRPr="00264052">
              <w:rPr>
                <w:rFonts w:cs="맑은 고딕" w:hint="eastAsia"/>
                <w:i/>
                <w:iCs/>
                <w:sz w:val="16"/>
                <w:lang w:eastAsia="ko-KR"/>
              </w:rPr>
              <w:t>관심과</w:t>
            </w:r>
            <w:r w:rsidRPr="00264052">
              <w:rPr>
                <w:rFonts w:cs="맑은 고딕" w:hint="eastAsia"/>
                <w:i/>
                <w:iCs/>
                <w:sz w:val="16"/>
                <w:lang w:eastAsia="ko-KR"/>
              </w:rPr>
              <w:t xml:space="preserve"> </w:t>
            </w:r>
            <w:r w:rsidRPr="00264052">
              <w:rPr>
                <w:rFonts w:cs="맑은 고딕" w:hint="eastAsia"/>
                <w:i/>
                <w:iCs/>
                <w:sz w:val="16"/>
                <w:lang w:eastAsia="ko-KR"/>
              </w:rPr>
              <w:t>구상</w:t>
            </w:r>
            <w:r w:rsidRPr="00264052">
              <w:rPr>
                <w:rFonts w:cs="맑은 고딕" w:hint="eastAsia"/>
                <w:i/>
                <w:iCs/>
                <w:sz w:val="16"/>
                <w:lang w:eastAsia="ko-KR"/>
              </w:rPr>
              <w:t xml:space="preserve"> </w:t>
            </w:r>
            <w:r w:rsidRPr="00264052">
              <w:rPr>
                <w:rFonts w:cs="맑은 고딕" w:hint="eastAsia"/>
                <w:i/>
                <w:iCs/>
                <w:sz w:val="16"/>
                <w:lang w:eastAsia="ko-KR"/>
              </w:rPr>
              <w:t>수준으로</w:t>
            </w:r>
            <w:r w:rsidRPr="00264052">
              <w:rPr>
                <w:rFonts w:cs="맑은 고딕" w:hint="eastAsia"/>
                <w:i/>
                <w:iCs/>
                <w:sz w:val="16"/>
                <w:lang w:eastAsia="ko-KR"/>
              </w:rPr>
              <w:t xml:space="preserve"> </w:t>
            </w:r>
            <w:r w:rsidRPr="00264052">
              <w:rPr>
                <w:rFonts w:cs="맑은 고딕" w:hint="eastAsia"/>
                <w:i/>
                <w:iCs/>
                <w:sz w:val="16"/>
                <w:lang w:eastAsia="ko-KR"/>
              </w:rPr>
              <w:t>작성할</w:t>
            </w:r>
            <w:r w:rsidRPr="00264052">
              <w:rPr>
                <w:rFonts w:cs="맑은 고딕" w:hint="eastAsia"/>
                <w:i/>
                <w:iCs/>
                <w:sz w:val="16"/>
                <w:lang w:eastAsia="ko-KR"/>
              </w:rPr>
              <w:t xml:space="preserve"> </w:t>
            </w:r>
            <w:r w:rsidRPr="00264052">
              <w:rPr>
                <w:rFonts w:cs="맑은 고딕" w:hint="eastAsia"/>
                <w:i/>
                <w:iCs/>
                <w:sz w:val="16"/>
                <w:lang w:eastAsia="ko-KR"/>
              </w:rPr>
              <w:t>수</w:t>
            </w:r>
            <w:r w:rsidRPr="00264052">
              <w:rPr>
                <w:rFonts w:cs="맑은 고딕" w:hint="eastAsia"/>
                <w:i/>
                <w:iCs/>
                <w:sz w:val="16"/>
                <w:lang w:eastAsia="ko-KR"/>
              </w:rPr>
              <w:t xml:space="preserve"> </w:t>
            </w:r>
            <w:r w:rsidRPr="00264052">
              <w:rPr>
                <w:rFonts w:cs="맑은 고딕" w:hint="eastAsia"/>
                <w:i/>
                <w:iCs/>
                <w:sz w:val="16"/>
                <w:lang w:eastAsia="ko-KR"/>
              </w:rPr>
              <w:t>있습니다</w:t>
            </w:r>
            <w:r w:rsidRPr="00264052">
              <w:rPr>
                <w:rFonts w:cs="맑은 고딕" w:hint="eastAsia"/>
                <w:i/>
                <w:iCs/>
                <w:sz w:val="16"/>
                <w:lang w:eastAsia="ko-KR"/>
              </w:rPr>
              <w:t>.</w:t>
            </w:r>
            <w:r>
              <w:rPr>
                <w:rFonts w:cs="맑은 고딕" w:hint="eastAsia"/>
                <w:lang w:eastAsia="ko-KR"/>
              </w:rPr>
              <w:br/>
            </w:r>
          </w:p>
          <w:p w14:paraId="2CCCB34F" w14:textId="77777777" w:rsidR="00264052" w:rsidRDefault="00264052">
            <w:pPr>
              <w:spacing w:line="240" w:lineRule="auto"/>
              <w:rPr>
                <w:lang w:eastAsia="ko-KR"/>
              </w:rPr>
            </w:pPr>
          </w:p>
          <w:p w14:paraId="75F6A7DD" w14:textId="77777777" w:rsidR="00264052" w:rsidRDefault="00264052">
            <w:pPr>
              <w:spacing w:line="240" w:lineRule="auto"/>
              <w:rPr>
                <w:lang w:eastAsia="ko-KR"/>
              </w:rPr>
            </w:pPr>
          </w:p>
          <w:p w14:paraId="5607FD3D" w14:textId="4407AFF8" w:rsidR="00264052" w:rsidRDefault="00264052">
            <w:pPr>
              <w:spacing w:line="240" w:lineRule="auto"/>
              <w:rPr>
                <w:rFonts w:hint="eastAsia"/>
                <w:lang w:eastAsia="ko-KR"/>
              </w:rPr>
            </w:pPr>
          </w:p>
        </w:tc>
      </w:tr>
      <w:tr w:rsidR="006C5AD4" w14:paraId="49987AB2" w14:textId="77777777">
        <w:trPr>
          <w:cantSplit/>
          <w:jc w:val="center"/>
        </w:trPr>
        <w:tc>
          <w:tcPr>
            <w:tcW w:w="238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1F9664" w14:textId="77777777" w:rsidR="006C5AD4" w:rsidRDefault="008E2B3B">
            <w:pPr>
              <w:spacing w:line="240" w:lineRule="auto"/>
              <w:jc w:val="center"/>
            </w:pPr>
            <w:r>
              <w:rPr>
                <w:rFonts w:cs="맑은 고딕" w:hint="eastAsia"/>
                <w:b/>
              </w:rPr>
              <w:t xml:space="preserve">4. </w:t>
            </w:r>
            <w:proofErr w:type="spellStart"/>
            <w:r>
              <w:rPr>
                <w:rFonts w:cs="맑은 고딕" w:hint="eastAsia"/>
                <w:b/>
              </w:rPr>
              <w:t>학습목표</w:t>
            </w:r>
            <w:proofErr w:type="spellEnd"/>
            <w:r>
              <w:rPr>
                <w:rFonts w:cs="맑은 고딕" w:hint="eastAsia"/>
                <w:b/>
              </w:rPr>
              <w:t xml:space="preserve"> </w:t>
            </w:r>
            <w:r>
              <w:rPr>
                <w:rFonts w:cs="맑은 고딕" w:hint="eastAsia"/>
                <w:b/>
              </w:rPr>
              <w:t>및</w:t>
            </w:r>
            <w:r>
              <w:rPr>
                <w:rFonts w:cs="맑은 고딕" w:hint="eastAsia"/>
                <w:b/>
              </w:rPr>
              <w:t xml:space="preserve"> </w:t>
            </w:r>
            <w:proofErr w:type="spellStart"/>
            <w:r>
              <w:rPr>
                <w:rFonts w:cs="맑은 고딕" w:hint="eastAsia"/>
                <w:b/>
              </w:rPr>
              <w:t>기대성과</w:t>
            </w:r>
            <w:proofErr w:type="spellEnd"/>
          </w:p>
        </w:tc>
        <w:tc>
          <w:tcPr>
            <w:tcW w:w="782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59FCD1" w14:textId="77777777" w:rsidR="00264052" w:rsidRDefault="008E2B3B">
            <w:pPr>
              <w:spacing w:line="240" w:lineRule="auto"/>
              <w:rPr>
                <w:rFonts w:cs="맑은 고딕"/>
                <w:lang w:eastAsia="ko-KR"/>
              </w:rPr>
            </w:pPr>
            <w:r>
              <w:rPr>
                <w:rFonts w:cs="맑은 고딕" w:hint="eastAsia"/>
                <w:sz w:val="16"/>
                <w:lang w:eastAsia="ko-KR"/>
              </w:rPr>
              <w:t>프로그램을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통해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습득하고자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하는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proofErr w:type="spellStart"/>
            <w:r>
              <w:rPr>
                <w:rFonts w:cs="맑은 고딕" w:hint="eastAsia"/>
                <w:sz w:val="16"/>
                <w:lang w:eastAsia="ko-KR"/>
              </w:rPr>
              <w:t>지식·기술과</w:t>
            </w:r>
            <w:proofErr w:type="spellEnd"/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연구계획서</w:t>
            </w:r>
            <w:r>
              <w:rPr>
                <w:rFonts w:cs="맑은 고딕" w:hint="eastAsia"/>
                <w:sz w:val="16"/>
                <w:lang w:eastAsia="ko-KR"/>
              </w:rPr>
              <w:t xml:space="preserve">, </w:t>
            </w:r>
            <w:r>
              <w:rPr>
                <w:rFonts w:cs="맑은 고딕" w:hint="eastAsia"/>
                <w:sz w:val="16"/>
                <w:lang w:eastAsia="ko-KR"/>
              </w:rPr>
              <w:t>초록</w:t>
            </w:r>
            <w:r>
              <w:rPr>
                <w:rFonts w:cs="맑은 고딕" w:hint="eastAsia"/>
                <w:sz w:val="16"/>
                <w:lang w:eastAsia="ko-KR"/>
              </w:rPr>
              <w:t xml:space="preserve">, </w:t>
            </w:r>
            <w:r>
              <w:rPr>
                <w:rFonts w:cs="맑은 고딕" w:hint="eastAsia"/>
                <w:sz w:val="16"/>
                <w:lang w:eastAsia="ko-KR"/>
              </w:rPr>
              <w:t>발표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등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도출하고자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하는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성과를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작성하여</w:t>
            </w:r>
            <w:r>
              <w:rPr>
                <w:rFonts w:cs="맑은 고딕" w:hint="eastAsia"/>
                <w:sz w:val="16"/>
                <w:lang w:eastAsia="ko-KR"/>
              </w:rPr>
              <w:t xml:space="preserve"> </w:t>
            </w:r>
            <w:r>
              <w:rPr>
                <w:rFonts w:cs="맑은 고딕" w:hint="eastAsia"/>
                <w:sz w:val="16"/>
                <w:lang w:eastAsia="ko-KR"/>
              </w:rPr>
              <w:t>주십시오</w:t>
            </w:r>
            <w:r>
              <w:rPr>
                <w:rFonts w:cs="맑은 고딕" w:hint="eastAsia"/>
                <w:sz w:val="16"/>
                <w:lang w:eastAsia="ko-KR"/>
              </w:rPr>
              <w:t>.</w:t>
            </w:r>
            <w:r>
              <w:rPr>
                <w:rFonts w:cs="맑은 고딕" w:hint="eastAsia"/>
                <w:lang w:eastAsia="ko-KR"/>
              </w:rPr>
              <w:br/>
            </w:r>
          </w:p>
          <w:p w14:paraId="356FDE22" w14:textId="77777777" w:rsidR="00264052" w:rsidRDefault="00264052">
            <w:pPr>
              <w:spacing w:line="240" w:lineRule="auto"/>
              <w:rPr>
                <w:rFonts w:cs="맑은 고딕"/>
                <w:lang w:eastAsia="ko-KR"/>
              </w:rPr>
            </w:pPr>
          </w:p>
          <w:p w14:paraId="4CD95B82" w14:textId="68CDACED" w:rsidR="006C5AD4" w:rsidRDefault="008E2B3B">
            <w:pPr>
              <w:spacing w:line="240" w:lineRule="auto"/>
              <w:rPr>
                <w:lang w:eastAsia="ko-KR"/>
              </w:rPr>
            </w:pPr>
            <w:r>
              <w:rPr>
                <w:rFonts w:cs="맑은 고딕" w:hint="eastAsia"/>
                <w:lang w:eastAsia="ko-KR"/>
              </w:rPr>
              <w:br/>
            </w:r>
          </w:p>
        </w:tc>
      </w:tr>
      <w:tr w:rsidR="006C5AD4" w14:paraId="7E5E153D" w14:textId="77777777">
        <w:trPr>
          <w:cantSplit/>
          <w:jc w:val="center"/>
        </w:trPr>
        <w:tc>
          <w:tcPr>
            <w:tcW w:w="238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A7CACA" w14:textId="77777777" w:rsidR="006C5AD4" w:rsidRDefault="008E2B3B">
            <w:pPr>
              <w:spacing w:line="240" w:lineRule="auto"/>
              <w:jc w:val="center"/>
            </w:pPr>
            <w:r>
              <w:rPr>
                <w:rFonts w:cs="맑은 고딕" w:hint="eastAsia"/>
                <w:b/>
              </w:rPr>
              <w:t xml:space="preserve">5. </w:t>
            </w:r>
            <w:proofErr w:type="spellStart"/>
            <w:r>
              <w:rPr>
                <w:rFonts w:cs="맑은 고딕" w:hint="eastAsia"/>
                <w:b/>
              </w:rPr>
              <w:t>협업</w:t>
            </w:r>
            <w:proofErr w:type="spellEnd"/>
            <w:r>
              <w:rPr>
                <w:rFonts w:cs="맑은 고딕" w:hint="eastAsia"/>
                <w:b/>
              </w:rPr>
              <w:t xml:space="preserve"> </w:t>
            </w:r>
            <w:r>
              <w:rPr>
                <w:rFonts w:cs="맑은 고딕" w:hint="eastAsia"/>
                <w:b/>
              </w:rPr>
              <w:t>및</w:t>
            </w:r>
            <w:r>
              <w:rPr>
                <w:rFonts w:cs="맑은 고딕" w:hint="eastAsia"/>
                <w:b/>
              </w:rPr>
              <w:t xml:space="preserve"> </w:t>
            </w:r>
            <w:proofErr w:type="spellStart"/>
            <w:r>
              <w:rPr>
                <w:rFonts w:cs="맑은 고딕" w:hint="eastAsia"/>
                <w:b/>
              </w:rPr>
              <w:t>과정</w:t>
            </w:r>
            <w:proofErr w:type="spellEnd"/>
            <w:r>
              <w:rPr>
                <w:rFonts w:cs="맑은 고딕" w:hint="eastAsia"/>
                <w:b/>
              </w:rPr>
              <w:t xml:space="preserve"> </w:t>
            </w:r>
            <w:r>
              <w:rPr>
                <w:rFonts w:cs="맑은 고딕" w:hint="eastAsia"/>
                <w:b/>
              </w:rPr>
              <w:t>완수계획</w:t>
            </w:r>
          </w:p>
        </w:tc>
        <w:tc>
          <w:tcPr>
            <w:tcW w:w="782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06987F" w14:textId="77777777" w:rsidR="00264052" w:rsidRDefault="00264052">
            <w:pPr>
              <w:spacing w:line="240" w:lineRule="auto"/>
              <w:rPr>
                <w:rFonts w:cs="맑은 고딕"/>
                <w:lang w:eastAsia="ko-KR"/>
              </w:rPr>
            </w:pPr>
            <w:r>
              <w:rPr>
                <w:rFonts w:cs="맑은 고딕" w:hint="eastAsia"/>
                <w:sz w:val="16"/>
                <w:lang w:eastAsia="ko-KR"/>
              </w:rPr>
              <w:t xml:space="preserve">멘토링 그룹 내 </w:t>
            </w:r>
            <w:r w:rsidR="008E2B3B">
              <w:rPr>
                <w:rFonts w:cs="맑은 고딕" w:hint="eastAsia"/>
                <w:sz w:val="16"/>
                <w:lang w:eastAsia="ko-KR"/>
              </w:rPr>
              <w:t>협업에서</w:t>
            </w:r>
            <w:r w:rsidR="008E2B3B">
              <w:rPr>
                <w:rFonts w:cs="맑은 고딕" w:hint="eastAsia"/>
                <w:sz w:val="16"/>
                <w:lang w:eastAsia="ko-KR"/>
              </w:rPr>
              <w:t xml:space="preserve"> </w:t>
            </w:r>
            <w:r w:rsidR="008E2B3B">
              <w:rPr>
                <w:rFonts w:cs="맑은 고딕" w:hint="eastAsia"/>
                <w:sz w:val="16"/>
                <w:lang w:eastAsia="ko-KR"/>
              </w:rPr>
              <w:t>기여할</w:t>
            </w:r>
            <w:r w:rsidR="008E2B3B">
              <w:rPr>
                <w:rFonts w:cs="맑은 고딕" w:hint="eastAsia"/>
                <w:sz w:val="16"/>
                <w:lang w:eastAsia="ko-KR"/>
              </w:rPr>
              <w:t xml:space="preserve"> </w:t>
            </w:r>
            <w:r w:rsidR="008E2B3B">
              <w:rPr>
                <w:rFonts w:cs="맑은 고딕" w:hint="eastAsia"/>
                <w:sz w:val="16"/>
                <w:lang w:eastAsia="ko-KR"/>
              </w:rPr>
              <w:t>수</w:t>
            </w:r>
            <w:r w:rsidR="008E2B3B">
              <w:rPr>
                <w:rFonts w:cs="맑은 고딕" w:hint="eastAsia"/>
                <w:sz w:val="16"/>
                <w:lang w:eastAsia="ko-KR"/>
              </w:rPr>
              <w:t xml:space="preserve"> </w:t>
            </w:r>
            <w:r w:rsidR="008E2B3B">
              <w:rPr>
                <w:rFonts w:cs="맑은 고딕" w:hint="eastAsia"/>
                <w:sz w:val="16"/>
                <w:lang w:eastAsia="ko-KR"/>
              </w:rPr>
              <w:t>있는</w:t>
            </w:r>
            <w:r w:rsidR="008E2B3B">
              <w:rPr>
                <w:rFonts w:cs="맑은 고딕" w:hint="eastAsia"/>
                <w:sz w:val="16"/>
                <w:lang w:eastAsia="ko-KR"/>
              </w:rPr>
              <w:t xml:space="preserve"> </w:t>
            </w:r>
            <w:r w:rsidR="008E2B3B">
              <w:rPr>
                <w:rFonts w:cs="맑은 고딕" w:hint="eastAsia"/>
                <w:sz w:val="16"/>
                <w:lang w:eastAsia="ko-KR"/>
              </w:rPr>
              <w:t>역할과</w:t>
            </w:r>
            <w:r w:rsidR="008E2B3B">
              <w:rPr>
                <w:rFonts w:cs="맑은 고딕" w:hint="eastAsia"/>
                <w:sz w:val="16"/>
                <w:lang w:eastAsia="ko-KR"/>
              </w:rPr>
              <w:t xml:space="preserve"> </w:t>
            </w:r>
            <w:r w:rsidR="008E2B3B">
              <w:rPr>
                <w:rFonts w:cs="맑은 고딕" w:hint="eastAsia"/>
                <w:sz w:val="16"/>
                <w:lang w:eastAsia="ko-KR"/>
              </w:rPr>
              <w:t>교육</w:t>
            </w:r>
            <w:r w:rsidR="008E2B3B">
              <w:rPr>
                <w:rFonts w:cs="맑은 고딕" w:hint="eastAsia"/>
                <w:sz w:val="16"/>
                <w:lang w:eastAsia="ko-KR"/>
              </w:rPr>
              <w:t xml:space="preserve"> </w:t>
            </w:r>
            <w:r w:rsidR="008E2B3B">
              <w:rPr>
                <w:rFonts w:cs="맑은 고딕" w:hint="eastAsia"/>
                <w:sz w:val="16"/>
                <w:lang w:eastAsia="ko-KR"/>
              </w:rPr>
              <w:t>참여</w:t>
            </w:r>
            <w:r w:rsidR="008E2B3B">
              <w:rPr>
                <w:rFonts w:cs="맑은 고딕" w:hint="eastAsia"/>
                <w:sz w:val="16"/>
                <w:lang w:eastAsia="ko-KR"/>
              </w:rPr>
              <w:t xml:space="preserve">, </w:t>
            </w:r>
            <w:r w:rsidR="008E2B3B">
              <w:rPr>
                <w:rFonts w:cs="맑은 고딕" w:hint="eastAsia"/>
                <w:sz w:val="16"/>
                <w:lang w:eastAsia="ko-KR"/>
              </w:rPr>
              <w:t>과제</w:t>
            </w:r>
            <w:r w:rsidR="008E2B3B">
              <w:rPr>
                <w:rFonts w:cs="맑은 고딕" w:hint="eastAsia"/>
                <w:sz w:val="16"/>
                <w:lang w:eastAsia="ko-KR"/>
              </w:rPr>
              <w:t xml:space="preserve"> </w:t>
            </w:r>
            <w:r w:rsidR="008E2B3B">
              <w:rPr>
                <w:rFonts w:cs="맑은 고딕" w:hint="eastAsia"/>
                <w:sz w:val="16"/>
                <w:lang w:eastAsia="ko-KR"/>
              </w:rPr>
              <w:t>수행</w:t>
            </w:r>
            <w:r w:rsidR="008E2B3B">
              <w:rPr>
                <w:rFonts w:cs="맑은 고딕" w:hint="eastAsia"/>
                <w:sz w:val="16"/>
                <w:lang w:eastAsia="ko-KR"/>
              </w:rPr>
              <w:t xml:space="preserve"> </w:t>
            </w:r>
            <w:r w:rsidR="008E2B3B">
              <w:rPr>
                <w:rFonts w:cs="맑은 고딕" w:hint="eastAsia"/>
                <w:sz w:val="16"/>
                <w:lang w:eastAsia="ko-KR"/>
              </w:rPr>
              <w:t>및</w:t>
            </w:r>
            <w:r w:rsidR="008E2B3B">
              <w:rPr>
                <w:rFonts w:cs="맑은 고딕" w:hint="eastAsia"/>
                <w:sz w:val="16"/>
                <w:lang w:eastAsia="ko-KR"/>
              </w:rPr>
              <w:t xml:space="preserve"> </w:t>
            </w:r>
            <w:r w:rsidR="008E2B3B">
              <w:rPr>
                <w:rFonts w:cs="맑은 고딕" w:hint="eastAsia"/>
                <w:sz w:val="16"/>
                <w:lang w:eastAsia="ko-KR"/>
              </w:rPr>
              <w:t>최종발표를</w:t>
            </w:r>
            <w:r w:rsidR="008E2B3B">
              <w:rPr>
                <w:rFonts w:cs="맑은 고딕" w:hint="eastAsia"/>
                <w:sz w:val="16"/>
                <w:lang w:eastAsia="ko-KR"/>
              </w:rPr>
              <w:t xml:space="preserve"> </w:t>
            </w:r>
            <w:r w:rsidR="008E2B3B">
              <w:rPr>
                <w:rFonts w:cs="맑은 고딕" w:hint="eastAsia"/>
                <w:sz w:val="16"/>
                <w:lang w:eastAsia="ko-KR"/>
              </w:rPr>
              <w:t>완수하기</w:t>
            </w:r>
            <w:r w:rsidR="008E2B3B">
              <w:rPr>
                <w:rFonts w:cs="맑은 고딕" w:hint="eastAsia"/>
                <w:sz w:val="16"/>
                <w:lang w:eastAsia="ko-KR"/>
              </w:rPr>
              <w:t xml:space="preserve"> </w:t>
            </w:r>
            <w:r w:rsidR="008E2B3B">
              <w:rPr>
                <w:rFonts w:cs="맑은 고딕" w:hint="eastAsia"/>
                <w:sz w:val="16"/>
                <w:lang w:eastAsia="ko-KR"/>
              </w:rPr>
              <w:t>위한</w:t>
            </w:r>
            <w:r w:rsidR="008E2B3B">
              <w:rPr>
                <w:rFonts w:cs="맑은 고딕" w:hint="eastAsia"/>
                <w:sz w:val="16"/>
                <w:lang w:eastAsia="ko-KR"/>
              </w:rPr>
              <w:t xml:space="preserve"> </w:t>
            </w:r>
            <w:r w:rsidR="008E2B3B">
              <w:rPr>
                <w:rFonts w:cs="맑은 고딕" w:hint="eastAsia"/>
                <w:sz w:val="16"/>
                <w:lang w:eastAsia="ko-KR"/>
              </w:rPr>
              <w:t>계획을</w:t>
            </w:r>
            <w:r w:rsidR="008E2B3B">
              <w:rPr>
                <w:rFonts w:cs="맑은 고딕" w:hint="eastAsia"/>
                <w:sz w:val="16"/>
                <w:lang w:eastAsia="ko-KR"/>
              </w:rPr>
              <w:t xml:space="preserve"> </w:t>
            </w:r>
            <w:r w:rsidR="008E2B3B">
              <w:rPr>
                <w:rFonts w:cs="맑은 고딕" w:hint="eastAsia"/>
                <w:sz w:val="16"/>
                <w:lang w:eastAsia="ko-KR"/>
              </w:rPr>
              <w:t>작성하여</w:t>
            </w:r>
            <w:r w:rsidR="008E2B3B">
              <w:rPr>
                <w:rFonts w:cs="맑은 고딕" w:hint="eastAsia"/>
                <w:sz w:val="16"/>
                <w:lang w:eastAsia="ko-KR"/>
              </w:rPr>
              <w:t xml:space="preserve"> </w:t>
            </w:r>
            <w:r w:rsidR="008E2B3B">
              <w:rPr>
                <w:rFonts w:cs="맑은 고딕" w:hint="eastAsia"/>
                <w:sz w:val="16"/>
                <w:lang w:eastAsia="ko-KR"/>
              </w:rPr>
              <w:t>주십시오</w:t>
            </w:r>
            <w:r w:rsidR="008E2B3B">
              <w:rPr>
                <w:rFonts w:cs="맑은 고딕" w:hint="eastAsia"/>
                <w:sz w:val="16"/>
                <w:lang w:eastAsia="ko-KR"/>
              </w:rPr>
              <w:t>.</w:t>
            </w:r>
            <w:r w:rsidR="008E2B3B">
              <w:rPr>
                <w:rFonts w:cs="맑은 고딕" w:hint="eastAsia"/>
                <w:lang w:eastAsia="ko-KR"/>
              </w:rPr>
              <w:br/>
            </w:r>
          </w:p>
          <w:p w14:paraId="48040430" w14:textId="77777777" w:rsidR="00264052" w:rsidRDefault="00264052">
            <w:pPr>
              <w:spacing w:line="240" w:lineRule="auto"/>
              <w:rPr>
                <w:rFonts w:cs="맑은 고딕"/>
                <w:lang w:eastAsia="ko-KR"/>
              </w:rPr>
            </w:pPr>
          </w:p>
          <w:p w14:paraId="351B9634" w14:textId="1FA9969F" w:rsidR="006C5AD4" w:rsidRDefault="008E2B3B">
            <w:pPr>
              <w:spacing w:line="240" w:lineRule="auto"/>
              <w:rPr>
                <w:lang w:eastAsia="ko-KR"/>
              </w:rPr>
            </w:pPr>
            <w:r>
              <w:rPr>
                <w:rFonts w:cs="맑은 고딕" w:hint="eastAsia"/>
                <w:lang w:eastAsia="ko-KR"/>
              </w:rPr>
              <w:br/>
            </w:r>
          </w:p>
        </w:tc>
      </w:tr>
    </w:tbl>
    <w:p w14:paraId="14646C88" w14:textId="4E0DAB4E" w:rsidR="006C5AD4" w:rsidRDefault="006C5AD4">
      <w:pPr>
        <w:rPr>
          <w:rFonts w:cs="맑은 고딕"/>
          <w:lang w:eastAsia="ko-KR"/>
        </w:rPr>
      </w:pPr>
    </w:p>
    <w:p w14:paraId="7D71AE45" w14:textId="1231C2B1" w:rsidR="00264052" w:rsidRDefault="00264052">
      <w:pPr>
        <w:rPr>
          <w:rFonts w:cs="맑은 고딕"/>
          <w:lang w:eastAsia="ko-KR"/>
        </w:rPr>
      </w:pPr>
    </w:p>
    <w:tbl>
      <w:tblPr>
        <w:tblStyle w:val="af9"/>
        <w:tblW w:w="0" w:type="auto"/>
        <w:tblInd w:w="108" w:type="dxa"/>
        <w:tblLook w:val="04A0" w:firstRow="1" w:lastRow="0" w:firstColumn="1" w:lastColumn="0" w:noHBand="0" w:noVBand="1"/>
      </w:tblPr>
      <w:tblGrid>
        <w:gridCol w:w="5036"/>
        <w:gridCol w:w="5052"/>
      </w:tblGrid>
      <w:tr w:rsidR="00264052" w14:paraId="01D21C9C" w14:textId="77777777" w:rsidTr="00B81149">
        <w:trPr>
          <w:trHeight w:val="454"/>
        </w:trPr>
        <w:tc>
          <w:tcPr>
            <w:tcW w:w="5094" w:type="dxa"/>
          </w:tcPr>
          <w:p w14:paraId="104812A8" w14:textId="09DFE1CA" w:rsidR="00264052" w:rsidRDefault="00264052" w:rsidP="00B81149">
            <w:pPr>
              <w:spacing w:before="80"/>
              <w:jc w:val="center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작성</w:t>
            </w:r>
            <w:r>
              <w:rPr>
                <w:rFonts w:hint="eastAsia"/>
                <w:lang w:eastAsia="ko-KR"/>
              </w:rPr>
              <w:t xml:space="preserve">일 </w:t>
            </w:r>
            <w:r>
              <w:rPr>
                <w:lang w:eastAsia="ko-KR"/>
              </w:rPr>
              <w:t>2026</w:t>
            </w:r>
            <w:r>
              <w:rPr>
                <w:rFonts w:hint="eastAsia"/>
                <w:lang w:eastAsia="ko-KR"/>
              </w:rPr>
              <w:t xml:space="preserve">년 </w:t>
            </w:r>
            <w:r>
              <w:rPr>
                <w:lang w:eastAsia="ko-KR"/>
              </w:rPr>
              <w:t xml:space="preserve">         </w:t>
            </w:r>
            <w:r>
              <w:rPr>
                <w:rFonts w:hint="eastAsia"/>
                <w:lang w:eastAsia="ko-KR"/>
              </w:rPr>
              <w:t xml:space="preserve">월 </w:t>
            </w:r>
            <w:r>
              <w:rPr>
                <w:lang w:eastAsia="ko-KR"/>
              </w:rPr>
              <w:t xml:space="preserve">    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lang w:eastAsia="ko-KR"/>
              </w:rPr>
              <w:t xml:space="preserve">    </w:t>
            </w:r>
            <w:r>
              <w:rPr>
                <w:rFonts w:hint="eastAsia"/>
                <w:lang w:eastAsia="ko-KR"/>
              </w:rPr>
              <w:t>일</w:t>
            </w:r>
          </w:p>
        </w:tc>
        <w:tc>
          <w:tcPr>
            <w:tcW w:w="5112" w:type="dxa"/>
          </w:tcPr>
          <w:p w14:paraId="38006291" w14:textId="77777777" w:rsidR="00264052" w:rsidRDefault="00264052" w:rsidP="00B81149">
            <w:pPr>
              <w:spacing w:before="80"/>
              <w:jc w:val="center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지원자 성명:</w:t>
            </w:r>
            <w:r>
              <w:rPr>
                <w:lang w:eastAsia="ko-KR"/>
              </w:rPr>
              <w:t xml:space="preserve">                              (</w:t>
            </w:r>
            <w:r>
              <w:rPr>
                <w:rFonts w:hint="eastAsia"/>
                <w:lang w:eastAsia="ko-KR"/>
              </w:rPr>
              <w:t>서명)</w:t>
            </w:r>
          </w:p>
        </w:tc>
      </w:tr>
    </w:tbl>
    <w:p w14:paraId="1A06C1DE" w14:textId="77777777" w:rsidR="00264052" w:rsidRDefault="00264052">
      <w:pPr>
        <w:rPr>
          <w:rFonts w:cs="맑은 고딕" w:hint="eastAsia"/>
          <w:lang w:eastAsia="ko-KR"/>
        </w:rPr>
      </w:pPr>
    </w:p>
    <w:p w14:paraId="43890796" w14:textId="77777777" w:rsidR="001B7A28" w:rsidRPr="001B7A28" w:rsidRDefault="001B7A28" w:rsidP="001B7A28">
      <w:pPr>
        <w:spacing w:before="40" w:line="240" w:lineRule="auto"/>
        <w:jc w:val="right"/>
        <w:rPr>
          <w:sz w:val="28"/>
          <w:szCs w:val="36"/>
          <w:lang w:eastAsia="ko-KR"/>
        </w:rPr>
      </w:pPr>
      <w:r w:rsidRPr="001B7A28">
        <w:rPr>
          <w:rFonts w:cs="맑은 고딕" w:hint="eastAsia"/>
          <w:b/>
          <w:sz w:val="28"/>
          <w:szCs w:val="36"/>
          <w:lang w:eastAsia="ko-KR"/>
        </w:rPr>
        <w:t>단국대학교 귀하</w:t>
      </w:r>
    </w:p>
    <w:p w14:paraId="49AB79C5" w14:textId="08C1E9B0" w:rsidR="00264052" w:rsidRDefault="00264052" w:rsidP="00264052">
      <w:pPr>
        <w:pStyle w:val="a7"/>
        <w:rPr>
          <w:lang w:eastAsia="ko-KR"/>
        </w:rPr>
      </w:pPr>
      <w:r>
        <w:rPr>
          <w:rFonts w:hint="eastAsia"/>
          <w:lang w:eastAsia="ko-KR"/>
        </w:rPr>
        <w:lastRenderedPageBreak/>
        <w:t xml:space="preserve">[서식 </w:t>
      </w:r>
      <w:r w:rsidR="001B7A28">
        <w:rPr>
          <w:lang w:eastAsia="ko-KR"/>
        </w:rPr>
        <w:t>3</w:t>
      </w:r>
      <w:r>
        <w:rPr>
          <w:rFonts w:hint="eastAsia"/>
          <w:lang w:eastAsia="ko-KR"/>
        </w:rPr>
        <w:t>]</w:t>
      </w:r>
    </w:p>
    <w:p w14:paraId="7F2AD67A" w14:textId="4AC20693" w:rsidR="00264052" w:rsidRPr="00264052" w:rsidRDefault="00264052" w:rsidP="00264052">
      <w:pPr>
        <w:pStyle w:val="a7"/>
        <w:jc w:val="center"/>
        <w:rPr>
          <w:b/>
          <w:bCs/>
          <w:sz w:val="36"/>
          <w:szCs w:val="36"/>
          <w:lang w:eastAsia="ko-KR"/>
        </w:rPr>
      </w:pPr>
      <w:r>
        <w:rPr>
          <w:rFonts w:hint="eastAsia"/>
          <w:b/>
          <w:bCs/>
          <w:sz w:val="28"/>
          <w:szCs w:val="28"/>
          <w:lang w:eastAsia="ko-KR"/>
        </w:rPr>
        <w:t>『</w:t>
      </w:r>
      <w:r w:rsidRPr="00172A29">
        <w:rPr>
          <w:rFonts w:hint="eastAsia"/>
          <w:b/>
          <w:bCs/>
          <w:sz w:val="28"/>
          <w:szCs w:val="28"/>
          <w:lang w:eastAsia="ko-KR"/>
        </w:rPr>
        <w:t xml:space="preserve">2026년 </w:t>
      </w:r>
      <w:proofErr w:type="spellStart"/>
      <w:r w:rsidRPr="00172A29">
        <w:rPr>
          <w:rFonts w:hint="eastAsia"/>
          <w:b/>
          <w:bCs/>
          <w:sz w:val="28"/>
          <w:szCs w:val="28"/>
          <w:lang w:eastAsia="ko-KR"/>
        </w:rPr>
        <w:t>바이오헬스</w:t>
      </w:r>
      <w:proofErr w:type="spellEnd"/>
      <w:r w:rsidRPr="00172A29">
        <w:rPr>
          <w:rFonts w:hint="eastAsia"/>
          <w:b/>
          <w:bCs/>
          <w:sz w:val="28"/>
          <w:szCs w:val="28"/>
          <w:lang w:eastAsia="ko-KR"/>
        </w:rPr>
        <w:t xml:space="preserve"> 글로벌 석학 </w:t>
      </w:r>
      <w:proofErr w:type="spellStart"/>
      <w:r w:rsidRPr="00172A29">
        <w:rPr>
          <w:rFonts w:hint="eastAsia"/>
          <w:b/>
          <w:bCs/>
          <w:sz w:val="28"/>
          <w:szCs w:val="28"/>
          <w:lang w:eastAsia="ko-KR"/>
        </w:rPr>
        <w:t>멘토십</w:t>
      </w:r>
      <w:proofErr w:type="spellEnd"/>
      <w:r w:rsidRPr="00172A29">
        <w:rPr>
          <w:rFonts w:hint="eastAsia"/>
          <w:b/>
          <w:bCs/>
          <w:sz w:val="28"/>
          <w:szCs w:val="28"/>
          <w:lang w:eastAsia="ko-KR"/>
        </w:rPr>
        <w:t xml:space="preserve"> 프로그램 </w:t>
      </w:r>
      <w:r w:rsidRPr="00172A29">
        <w:rPr>
          <w:b/>
          <w:bCs/>
          <w:sz w:val="28"/>
          <w:szCs w:val="28"/>
          <w:lang w:eastAsia="ko-KR"/>
        </w:rPr>
        <w:t xml:space="preserve">- </w:t>
      </w:r>
      <w:proofErr w:type="spellStart"/>
      <w:r w:rsidRPr="00172A29">
        <w:rPr>
          <w:rFonts w:hint="eastAsia"/>
          <w:b/>
          <w:bCs/>
          <w:sz w:val="28"/>
          <w:szCs w:val="28"/>
          <w:lang w:eastAsia="ko-KR"/>
        </w:rPr>
        <w:t>분자∙세포생물학분야</w:t>
      </w:r>
      <w:proofErr w:type="spellEnd"/>
      <w:r>
        <w:rPr>
          <w:rFonts w:hint="eastAsia"/>
          <w:b/>
          <w:bCs/>
          <w:sz w:val="28"/>
          <w:szCs w:val="28"/>
          <w:lang w:eastAsia="ko-KR"/>
        </w:rPr>
        <w:t>』</w:t>
      </w:r>
      <w:r w:rsidRPr="00172A29">
        <w:rPr>
          <w:rFonts w:hint="eastAsia"/>
          <w:b/>
          <w:bCs/>
          <w:sz w:val="36"/>
          <w:szCs w:val="28"/>
          <w:lang w:eastAsia="ko-KR"/>
        </w:rPr>
        <w:br/>
      </w:r>
      <w:r w:rsidRPr="00264052">
        <w:rPr>
          <w:rFonts w:hint="eastAsia"/>
          <w:b/>
          <w:bCs/>
          <w:sz w:val="36"/>
          <w:szCs w:val="36"/>
          <w:lang w:eastAsia="ko-KR"/>
        </w:rPr>
        <w:t>-</w:t>
      </w:r>
      <w:r w:rsidRPr="00264052">
        <w:rPr>
          <w:b/>
          <w:bCs/>
          <w:sz w:val="36"/>
          <w:szCs w:val="36"/>
          <w:lang w:eastAsia="ko-KR"/>
        </w:rPr>
        <w:t xml:space="preserve"> </w:t>
      </w:r>
      <w:r>
        <w:rPr>
          <w:rFonts w:hint="eastAsia"/>
          <w:b/>
          <w:bCs/>
          <w:sz w:val="36"/>
          <w:szCs w:val="36"/>
          <w:lang w:eastAsia="ko-KR"/>
        </w:rPr>
        <w:t>프로그램 참여확약서 -</w:t>
      </w:r>
    </w:p>
    <w:p w14:paraId="6241C4FB" w14:textId="2972F19F" w:rsidR="00264052" w:rsidRPr="00264052" w:rsidRDefault="00264052" w:rsidP="00264052">
      <w:pPr>
        <w:spacing w:after="100" w:line="252" w:lineRule="auto"/>
        <w:rPr>
          <w:rFonts w:cs="맑은 고딕"/>
          <w:lang w:eastAsia="ko-KR"/>
        </w:rPr>
      </w:pPr>
    </w:p>
    <w:p w14:paraId="59AD8262" w14:textId="706FD678" w:rsidR="00264052" w:rsidRPr="001B7A28" w:rsidRDefault="008E2B3B" w:rsidP="001B7A28">
      <w:pPr>
        <w:spacing w:after="100" w:line="240" w:lineRule="auto"/>
        <w:jc w:val="center"/>
        <w:rPr>
          <w:rFonts w:cs="맑은 고딕"/>
          <w:sz w:val="20"/>
          <w:szCs w:val="24"/>
          <w:lang w:eastAsia="ko-KR"/>
        </w:rPr>
      </w:pPr>
      <w:r w:rsidRPr="001B7A28">
        <w:rPr>
          <w:rFonts w:cs="맑은 고딕" w:hint="eastAsia"/>
          <w:sz w:val="20"/>
          <w:szCs w:val="24"/>
          <w:lang w:eastAsia="ko-KR"/>
        </w:rPr>
        <w:t>본인은</w:t>
      </w:r>
      <w:r w:rsidRPr="001B7A28">
        <w:rPr>
          <w:rFonts w:cs="맑은 고딕" w:hint="eastAsia"/>
          <w:sz w:val="20"/>
          <w:szCs w:val="24"/>
          <w:lang w:eastAsia="ko-KR"/>
        </w:rPr>
        <w:t xml:space="preserve"> </w:t>
      </w:r>
      <w:r w:rsidRPr="001B7A28">
        <w:rPr>
          <w:rFonts w:cs="맑은 고딕" w:hint="eastAsia"/>
          <w:sz w:val="20"/>
          <w:szCs w:val="24"/>
          <w:lang w:eastAsia="ko-KR"/>
        </w:rPr>
        <w:t>「</w:t>
      </w:r>
      <w:r w:rsidRPr="001B7A28">
        <w:rPr>
          <w:rFonts w:cs="맑은 고딕" w:hint="eastAsia"/>
          <w:sz w:val="20"/>
          <w:szCs w:val="24"/>
          <w:lang w:eastAsia="ko-KR"/>
        </w:rPr>
        <w:t>2026</w:t>
      </w:r>
      <w:r w:rsidRPr="001B7A28">
        <w:rPr>
          <w:rFonts w:cs="맑은 고딕" w:hint="eastAsia"/>
          <w:sz w:val="20"/>
          <w:szCs w:val="24"/>
          <w:lang w:eastAsia="ko-KR"/>
        </w:rPr>
        <w:t>년</w:t>
      </w:r>
      <w:r w:rsidRPr="001B7A28">
        <w:rPr>
          <w:rFonts w:cs="맑은 고딕" w:hint="eastAsia"/>
          <w:sz w:val="20"/>
          <w:szCs w:val="24"/>
          <w:lang w:eastAsia="ko-KR"/>
        </w:rPr>
        <w:t xml:space="preserve"> </w:t>
      </w:r>
      <w:proofErr w:type="spellStart"/>
      <w:r w:rsidRPr="001B7A28">
        <w:rPr>
          <w:rFonts w:cs="맑은 고딕" w:hint="eastAsia"/>
          <w:sz w:val="20"/>
          <w:szCs w:val="24"/>
          <w:lang w:eastAsia="ko-KR"/>
        </w:rPr>
        <w:t>바이오헬스</w:t>
      </w:r>
      <w:proofErr w:type="spellEnd"/>
      <w:r w:rsidRPr="001B7A28">
        <w:rPr>
          <w:rFonts w:cs="맑은 고딕" w:hint="eastAsia"/>
          <w:sz w:val="20"/>
          <w:szCs w:val="24"/>
          <w:lang w:eastAsia="ko-KR"/>
        </w:rPr>
        <w:t xml:space="preserve"> </w:t>
      </w:r>
      <w:r w:rsidRPr="001B7A28">
        <w:rPr>
          <w:rFonts w:cs="맑은 고딕" w:hint="eastAsia"/>
          <w:sz w:val="20"/>
          <w:szCs w:val="24"/>
          <w:lang w:eastAsia="ko-KR"/>
        </w:rPr>
        <w:t>글로벌</w:t>
      </w:r>
      <w:r w:rsidRPr="001B7A28">
        <w:rPr>
          <w:rFonts w:cs="맑은 고딕" w:hint="eastAsia"/>
          <w:sz w:val="20"/>
          <w:szCs w:val="24"/>
          <w:lang w:eastAsia="ko-KR"/>
        </w:rPr>
        <w:t xml:space="preserve"> </w:t>
      </w:r>
      <w:r w:rsidRPr="001B7A28">
        <w:rPr>
          <w:rFonts w:cs="맑은 고딕" w:hint="eastAsia"/>
          <w:sz w:val="20"/>
          <w:szCs w:val="24"/>
          <w:lang w:eastAsia="ko-KR"/>
        </w:rPr>
        <w:t>석학</w:t>
      </w:r>
      <w:r w:rsidRPr="001B7A28">
        <w:rPr>
          <w:rFonts w:cs="맑은 고딕" w:hint="eastAsia"/>
          <w:sz w:val="20"/>
          <w:szCs w:val="24"/>
          <w:lang w:eastAsia="ko-KR"/>
        </w:rPr>
        <w:t xml:space="preserve"> </w:t>
      </w:r>
      <w:proofErr w:type="spellStart"/>
      <w:r w:rsidRPr="001B7A28">
        <w:rPr>
          <w:rFonts w:cs="맑은 고딕" w:hint="eastAsia"/>
          <w:sz w:val="20"/>
          <w:szCs w:val="24"/>
          <w:lang w:eastAsia="ko-KR"/>
        </w:rPr>
        <w:t>멘토십</w:t>
      </w:r>
      <w:proofErr w:type="spellEnd"/>
      <w:r w:rsidRPr="001B7A28">
        <w:rPr>
          <w:rFonts w:cs="맑은 고딕" w:hint="eastAsia"/>
          <w:sz w:val="20"/>
          <w:szCs w:val="24"/>
          <w:lang w:eastAsia="ko-KR"/>
        </w:rPr>
        <w:t xml:space="preserve"> </w:t>
      </w:r>
      <w:r w:rsidRPr="001B7A28">
        <w:rPr>
          <w:rFonts w:cs="맑은 고딕" w:hint="eastAsia"/>
          <w:sz w:val="20"/>
          <w:szCs w:val="24"/>
          <w:lang w:eastAsia="ko-KR"/>
        </w:rPr>
        <w:t>프로그램</w:t>
      </w:r>
      <w:r w:rsidRPr="001B7A28">
        <w:rPr>
          <w:rFonts w:cs="맑은 고딕" w:hint="eastAsia"/>
          <w:sz w:val="20"/>
          <w:szCs w:val="24"/>
          <w:lang w:eastAsia="ko-KR"/>
        </w:rPr>
        <w:t xml:space="preserve"> </w:t>
      </w:r>
      <w:proofErr w:type="spellStart"/>
      <w:r w:rsidRPr="001B7A28">
        <w:rPr>
          <w:rFonts w:cs="맑은 고딕" w:hint="eastAsia"/>
          <w:sz w:val="20"/>
          <w:szCs w:val="24"/>
          <w:lang w:eastAsia="ko-KR"/>
        </w:rPr>
        <w:t>분자∙</w:t>
      </w:r>
      <w:proofErr w:type="spellEnd"/>
      <w:r w:rsidRPr="001B7A28">
        <w:rPr>
          <w:rFonts w:cs="맑은 고딕" w:hint="eastAsia"/>
          <w:sz w:val="20"/>
          <w:szCs w:val="24"/>
          <w:lang w:eastAsia="ko-KR"/>
        </w:rPr>
        <w:t>세포생물학분야」</w:t>
      </w:r>
      <w:r w:rsidRPr="001B7A28">
        <w:rPr>
          <w:rFonts w:cs="맑은 고딕" w:hint="eastAsia"/>
          <w:sz w:val="20"/>
          <w:szCs w:val="24"/>
          <w:lang w:eastAsia="ko-KR"/>
        </w:rPr>
        <w:t xml:space="preserve"> </w:t>
      </w:r>
      <w:r w:rsidRPr="001B7A28">
        <w:rPr>
          <w:rFonts w:cs="맑은 고딕" w:hint="eastAsia"/>
          <w:sz w:val="20"/>
          <w:szCs w:val="24"/>
          <w:lang w:eastAsia="ko-KR"/>
        </w:rPr>
        <w:t>참여자로</w:t>
      </w:r>
      <w:r w:rsidRPr="001B7A28">
        <w:rPr>
          <w:rFonts w:cs="맑은 고딕" w:hint="eastAsia"/>
          <w:sz w:val="20"/>
          <w:szCs w:val="24"/>
          <w:lang w:eastAsia="ko-KR"/>
        </w:rPr>
        <w:t xml:space="preserve"> </w:t>
      </w:r>
      <w:r w:rsidRPr="001B7A28">
        <w:rPr>
          <w:rFonts w:cs="맑은 고딕" w:hint="eastAsia"/>
          <w:sz w:val="20"/>
          <w:szCs w:val="24"/>
          <w:lang w:eastAsia="ko-KR"/>
        </w:rPr>
        <w:t>선발될</w:t>
      </w:r>
      <w:r w:rsidRPr="001B7A28">
        <w:rPr>
          <w:rFonts w:cs="맑은 고딕" w:hint="eastAsia"/>
          <w:sz w:val="20"/>
          <w:szCs w:val="24"/>
          <w:lang w:eastAsia="ko-KR"/>
        </w:rPr>
        <w:t xml:space="preserve"> </w:t>
      </w:r>
      <w:r w:rsidRPr="001B7A28">
        <w:rPr>
          <w:rFonts w:cs="맑은 고딕" w:hint="eastAsia"/>
          <w:sz w:val="20"/>
          <w:szCs w:val="24"/>
          <w:lang w:eastAsia="ko-KR"/>
        </w:rPr>
        <w:t>경우</w:t>
      </w:r>
    </w:p>
    <w:p w14:paraId="1F156F6A" w14:textId="0D83B6E1" w:rsidR="006C5AD4" w:rsidRPr="001B7A28" w:rsidRDefault="008E2B3B" w:rsidP="001B7A28">
      <w:pPr>
        <w:spacing w:after="100" w:line="240" w:lineRule="auto"/>
        <w:jc w:val="center"/>
        <w:rPr>
          <w:rFonts w:cs="맑은 고딕"/>
          <w:sz w:val="20"/>
          <w:szCs w:val="24"/>
          <w:lang w:eastAsia="ko-KR"/>
        </w:rPr>
      </w:pPr>
      <w:r w:rsidRPr="001B7A28">
        <w:rPr>
          <w:rFonts w:cs="맑은 고딕" w:hint="eastAsia"/>
          <w:sz w:val="20"/>
          <w:szCs w:val="24"/>
          <w:lang w:eastAsia="ko-KR"/>
        </w:rPr>
        <w:t>다음</w:t>
      </w:r>
      <w:r w:rsidRPr="001B7A28">
        <w:rPr>
          <w:rFonts w:cs="맑은 고딕" w:hint="eastAsia"/>
          <w:sz w:val="20"/>
          <w:szCs w:val="24"/>
          <w:lang w:eastAsia="ko-KR"/>
        </w:rPr>
        <w:t xml:space="preserve"> </w:t>
      </w:r>
      <w:r w:rsidRPr="001B7A28">
        <w:rPr>
          <w:rFonts w:cs="맑은 고딕" w:hint="eastAsia"/>
          <w:sz w:val="20"/>
          <w:szCs w:val="24"/>
          <w:lang w:eastAsia="ko-KR"/>
        </w:rPr>
        <w:t>사항을</w:t>
      </w:r>
      <w:r w:rsidRPr="001B7A28">
        <w:rPr>
          <w:rFonts w:cs="맑은 고딕" w:hint="eastAsia"/>
          <w:sz w:val="20"/>
          <w:szCs w:val="24"/>
          <w:lang w:eastAsia="ko-KR"/>
        </w:rPr>
        <w:t xml:space="preserve"> </w:t>
      </w:r>
      <w:r w:rsidRPr="001B7A28">
        <w:rPr>
          <w:rFonts w:cs="맑은 고딕" w:hint="eastAsia"/>
          <w:sz w:val="20"/>
          <w:szCs w:val="24"/>
          <w:lang w:eastAsia="ko-KR"/>
        </w:rPr>
        <w:t>성실히</w:t>
      </w:r>
      <w:r w:rsidRPr="001B7A28">
        <w:rPr>
          <w:rFonts w:cs="맑은 고딕" w:hint="eastAsia"/>
          <w:sz w:val="20"/>
          <w:szCs w:val="24"/>
          <w:lang w:eastAsia="ko-KR"/>
        </w:rPr>
        <w:t xml:space="preserve"> </w:t>
      </w:r>
      <w:r w:rsidRPr="001B7A28">
        <w:rPr>
          <w:rFonts w:cs="맑은 고딕" w:hint="eastAsia"/>
          <w:sz w:val="20"/>
          <w:szCs w:val="24"/>
          <w:lang w:eastAsia="ko-KR"/>
        </w:rPr>
        <w:t>준수할</w:t>
      </w:r>
      <w:r w:rsidRPr="001B7A28">
        <w:rPr>
          <w:rFonts w:cs="맑은 고딕" w:hint="eastAsia"/>
          <w:sz w:val="20"/>
          <w:szCs w:val="24"/>
          <w:lang w:eastAsia="ko-KR"/>
        </w:rPr>
        <w:t xml:space="preserve"> </w:t>
      </w:r>
      <w:r w:rsidRPr="001B7A28">
        <w:rPr>
          <w:rFonts w:cs="맑은 고딕" w:hint="eastAsia"/>
          <w:sz w:val="20"/>
          <w:szCs w:val="24"/>
          <w:lang w:eastAsia="ko-KR"/>
        </w:rPr>
        <w:t>것을</w:t>
      </w:r>
      <w:r w:rsidRPr="001B7A28">
        <w:rPr>
          <w:rFonts w:cs="맑은 고딕" w:hint="eastAsia"/>
          <w:sz w:val="20"/>
          <w:szCs w:val="24"/>
          <w:lang w:eastAsia="ko-KR"/>
        </w:rPr>
        <w:t xml:space="preserve"> </w:t>
      </w:r>
      <w:r w:rsidRPr="001B7A28">
        <w:rPr>
          <w:rFonts w:cs="맑은 고딕" w:hint="eastAsia"/>
          <w:sz w:val="20"/>
          <w:szCs w:val="24"/>
          <w:lang w:eastAsia="ko-KR"/>
        </w:rPr>
        <w:t>확약합니다</w:t>
      </w:r>
      <w:r w:rsidRPr="001B7A28">
        <w:rPr>
          <w:rFonts w:cs="맑은 고딕" w:hint="eastAsia"/>
          <w:sz w:val="20"/>
          <w:szCs w:val="24"/>
          <w:lang w:eastAsia="ko-KR"/>
        </w:rPr>
        <w:t>.</w:t>
      </w:r>
    </w:p>
    <w:p w14:paraId="110B7DD4" w14:textId="77777777" w:rsidR="00264052" w:rsidRDefault="00264052" w:rsidP="00264052">
      <w:pPr>
        <w:spacing w:after="100" w:line="252" w:lineRule="auto"/>
        <w:jc w:val="center"/>
        <w:rPr>
          <w:lang w:eastAsia="ko-K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9525"/>
      </w:tblGrid>
      <w:tr w:rsidR="006C5AD4" w14:paraId="3066340B" w14:textId="77777777" w:rsidTr="001B7A28">
        <w:trPr>
          <w:cantSplit/>
          <w:trHeight w:val="397"/>
          <w:jc w:val="center"/>
        </w:trPr>
        <w:tc>
          <w:tcPr>
            <w:tcW w:w="68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5FFF64" w14:textId="77777777" w:rsidR="006C5AD4" w:rsidRDefault="008E2B3B">
            <w:pPr>
              <w:spacing w:line="240" w:lineRule="auto"/>
              <w:jc w:val="center"/>
            </w:pPr>
            <w:r>
              <w:rPr>
                <w:rFonts w:cs="맑은 고딕" w:hint="eastAsia"/>
                <w:b/>
              </w:rPr>
              <w:t>1</w:t>
            </w:r>
          </w:p>
        </w:tc>
        <w:tc>
          <w:tcPr>
            <w:tcW w:w="952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D5568D" w14:textId="77777777" w:rsidR="006C5AD4" w:rsidRDefault="008E2B3B">
            <w:pPr>
              <w:spacing w:line="240" w:lineRule="auto"/>
              <w:rPr>
                <w:lang w:eastAsia="ko-KR"/>
              </w:rPr>
            </w:pPr>
            <w:r>
              <w:rPr>
                <w:rFonts w:cs="맑은 고딕" w:hint="eastAsia"/>
                <w:lang w:eastAsia="ko-KR"/>
              </w:rPr>
              <w:t>평일에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운영되는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전체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교육과정의</w:t>
            </w:r>
            <w:r>
              <w:rPr>
                <w:rFonts w:cs="맑은 고딕" w:hint="eastAsia"/>
                <w:lang w:eastAsia="ko-KR"/>
              </w:rPr>
              <w:t xml:space="preserve"> 80% </w:t>
            </w:r>
            <w:r>
              <w:rPr>
                <w:rFonts w:cs="맑은 고딕" w:hint="eastAsia"/>
                <w:lang w:eastAsia="ko-KR"/>
              </w:rPr>
              <w:t>이상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출석하고</w:t>
            </w:r>
            <w:r>
              <w:rPr>
                <w:rFonts w:cs="맑은 고딕" w:hint="eastAsia"/>
                <w:lang w:eastAsia="ko-KR"/>
              </w:rPr>
              <w:t xml:space="preserve">, </w:t>
            </w:r>
            <w:r>
              <w:rPr>
                <w:rFonts w:cs="맑은 고딕" w:hint="eastAsia"/>
                <w:lang w:eastAsia="ko-KR"/>
              </w:rPr>
              <w:t>정해진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proofErr w:type="spellStart"/>
            <w:r>
              <w:rPr>
                <w:rFonts w:cs="맑은 고딕" w:hint="eastAsia"/>
                <w:lang w:eastAsia="ko-KR"/>
              </w:rPr>
              <w:t>교육·실험·멘토링</w:t>
            </w:r>
            <w:proofErr w:type="spellEnd"/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일정에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성실히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참여하겠습니다</w:t>
            </w:r>
            <w:r>
              <w:rPr>
                <w:rFonts w:cs="맑은 고딕" w:hint="eastAsia"/>
                <w:lang w:eastAsia="ko-KR"/>
              </w:rPr>
              <w:t>.</w:t>
            </w:r>
          </w:p>
        </w:tc>
      </w:tr>
      <w:tr w:rsidR="006C5AD4" w14:paraId="0FF7DB55" w14:textId="77777777" w:rsidTr="001B7A28">
        <w:trPr>
          <w:cantSplit/>
          <w:trHeight w:val="397"/>
          <w:jc w:val="center"/>
        </w:trPr>
        <w:tc>
          <w:tcPr>
            <w:tcW w:w="68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E75526" w14:textId="77777777" w:rsidR="006C5AD4" w:rsidRDefault="008E2B3B">
            <w:pPr>
              <w:spacing w:line="240" w:lineRule="auto"/>
              <w:jc w:val="center"/>
            </w:pPr>
            <w:r>
              <w:rPr>
                <w:rFonts w:cs="맑은 고딕" w:hint="eastAsia"/>
                <w:b/>
              </w:rPr>
              <w:t>2</w:t>
            </w:r>
          </w:p>
        </w:tc>
        <w:tc>
          <w:tcPr>
            <w:tcW w:w="952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BA73C3" w14:textId="77777777" w:rsidR="006C5AD4" w:rsidRDefault="008E2B3B">
            <w:pPr>
              <w:spacing w:line="240" w:lineRule="auto"/>
              <w:rPr>
                <w:lang w:eastAsia="ko-KR"/>
              </w:rPr>
            </w:pPr>
            <w:r>
              <w:rPr>
                <w:rFonts w:cs="맑은 고딕" w:hint="eastAsia"/>
                <w:lang w:eastAsia="ko-KR"/>
              </w:rPr>
              <w:t>교육과정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중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실험실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안전수칙</w:t>
            </w:r>
            <w:r>
              <w:rPr>
                <w:rFonts w:cs="맑은 고딕" w:hint="eastAsia"/>
                <w:lang w:eastAsia="ko-KR"/>
              </w:rPr>
              <w:t xml:space="preserve">, </w:t>
            </w:r>
            <w:r>
              <w:rPr>
                <w:rFonts w:cs="맑은 고딕" w:hint="eastAsia"/>
                <w:lang w:eastAsia="ko-KR"/>
              </w:rPr>
              <w:t>생물안전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및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연구윤리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기준을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준수하겠습니다</w:t>
            </w:r>
            <w:r>
              <w:rPr>
                <w:rFonts w:cs="맑은 고딕" w:hint="eastAsia"/>
                <w:lang w:eastAsia="ko-KR"/>
              </w:rPr>
              <w:t>.</w:t>
            </w:r>
          </w:p>
        </w:tc>
      </w:tr>
      <w:tr w:rsidR="006C5AD4" w14:paraId="230D5076" w14:textId="77777777" w:rsidTr="001B7A28">
        <w:trPr>
          <w:cantSplit/>
          <w:trHeight w:val="397"/>
          <w:jc w:val="center"/>
        </w:trPr>
        <w:tc>
          <w:tcPr>
            <w:tcW w:w="68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A5F70A" w14:textId="77777777" w:rsidR="006C5AD4" w:rsidRDefault="008E2B3B">
            <w:pPr>
              <w:spacing w:line="240" w:lineRule="auto"/>
              <w:jc w:val="center"/>
            </w:pPr>
            <w:r>
              <w:rPr>
                <w:rFonts w:cs="맑은 고딕" w:hint="eastAsia"/>
                <w:b/>
              </w:rPr>
              <w:t>3</w:t>
            </w:r>
          </w:p>
        </w:tc>
        <w:tc>
          <w:tcPr>
            <w:tcW w:w="952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030616" w14:textId="77777777" w:rsidR="006C5AD4" w:rsidRDefault="008E2B3B">
            <w:pPr>
              <w:spacing w:line="240" w:lineRule="auto"/>
              <w:rPr>
                <w:lang w:eastAsia="ko-KR"/>
              </w:rPr>
            </w:pPr>
            <w:r>
              <w:rPr>
                <w:rFonts w:cs="맑은 고딕" w:hint="eastAsia"/>
                <w:lang w:eastAsia="ko-KR"/>
              </w:rPr>
              <w:t>교육용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장비와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시료를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정해진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절차에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따라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사용하고</w:t>
            </w:r>
            <w:r>
              <w:rPr>
                <w:rFonts w:cs="맑은 고딕" w:hint="eastAsia"/>
                <w:lang w:eastAsia="ko-KR"/>
              </w:rPr>
              <w:t xml:space="preserve">, </w:t>
            </w:r>
            <w:r>
              <w:rPr>
                <w:rFonts w:cs="맑은 고딕" w:hint="eastAsia"/>
                <w:lang w:eastAsia="ko-KR"/>
              </w:rPr>
              <w:t>고의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또는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중대한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과실로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발생한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손해에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대해서는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관련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규정에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따르겠습니다</w:t>
            </w:r>
            <w:r>
              <w:rPr>
                <w:rFonts w:cs="맑은 고딕" w:hint="eastAsia"/>
                <w:lang w:eastAsia="ko-KR"/>
              </w:rPr>
              <w:t>.</w:t>
            </w:r>
          </w:p>
        </w:tc>
      </w:tr>
      <w:tr w:rsidR="006C5AD4" w14:paraId="6F132DA2" w14:textId="77777777" w:rsidTr="001B7A28">
        <w:trPr>
          <w:cantSplit/>
          <w:trHeight w:val="397"/>
          <w:jc w:val="center"/>
        </w:trPr>
        <w:tc>
          <w:tcPr>
            <w:tcW w:w="68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D489DF" w14:textId="77777777" w:rsidR="006C5AD4" w:rsidRDefault="008E2B3B">
            <w:pPr>
              <w:spacing w:line="240" w:lineRule="auto"/>
              <w:jc w:val="center"/>
            </w:pPr>
            <w:r>
              <w:rPr>
                <w:rFonts w:cs="맑은 고딕" w:hint="eastAsia"/>
                <w:b/>
              </w:rPr>
              <w:t>4</w:t>
            </w:r>
          </w:p>
        </w:tc>
        <w:tc>
          <w:tcPr>
            <w:tcW w:w="952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BA0309" w14:textId="77777777" w:rsidR="006C5AD4" w:rsidRDefault="008E2B3B">
            <w:pPr>
              <w:spacing w:line="240" w:lineRule="auto"/>
              <w:rPr>
                <w:lang w:eastAsia="ko-KR"/>
              </w:rPr>
            </w:pPr>
            <w:r>
              <w:rPr>
                <w:rFonts w:cs="맑은 고딕" w:hint="eastAsia"/>
                <w:lang w:eastAsia="ko-KR"/>
              </w:rPr>
              <w:t>프로그램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중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알게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된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미공개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연구정보</w:t>
            </w:r>
            <w:r>
              <w:rPr>
                <w:rFonts w:cs="맑은 고딕" w:hint="eastAsia"/>
                <w:lang w:eastAsia="ko-KR"/>
              </w:rPr>
              <w:t xml:space="preserve">, </w:t>
            </w:r>
            <w:r>
              <w:rPr>
                <w:rFonts w:cs="맑은 고딕" w:hint="eastAsia"/>
                <w:lang w:eastAsia="ko-KR"/>
              </w:rPr>
              <w:t>개인정보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및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공동연구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내용을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외부에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무단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공개하지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않겠습니다</w:t>
            </w:r>
            <w:r>
              <w:rPr>
                <w:rFonts w:cs="맑은 고딕" w:hint="eastAsia"/>
                <w:lang w:eastAsia="ko-KR"/>
              </w:rPr>
              <w:t>.</w:t>
            </w:r>
          </w:p>
        </w:tc>
      </w:tr>
      <w:tr w:rsidR="006C5AD4" w14:paraId="134640D7" w14:textId="77777777" w:rsidTr="001B7A28">
        <w:trPr>
          <w:cantSplit/>
          <w:trHeight w:val="397"/>
          <w:jc w:val="center"/>
        </w:trPr>
        <w:tc>
          <w:tcPr>
            <w:tcW w:w="68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CA96FD" w14:textId="77777777" w:rsidR="006C5AD4" w:rsidRDefault="008E2B3B">
            <w:pPr>
              <w:spacing w:line="240" w:lineRule="auto"/>
              <w:jc w:val="center"/>
            </w:pPr>
            <w:r>
              <w:rPr>
                <w:rFonts w:cs="맑은 고딕" w:hint="eastAsia"/>
                <w:b/>
              </w:rPr>
              <w:t>5</w:t>
            </w:r>
          </w:p>
        </w:tc>
        <w:tc>
          <w:tcPr>
            <w:tcW w:w="952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0F3A8E" w14:textId="77777777" w:rsidR="006C5AD4" w:rsidRDefault="008E2B3B">
            <w:pPr>
              <w:spacing w:line="240" w:lineRule="auto"/>
              <w:rPr>
                <w:lang w:eastAsia="ko-KR"/>
              </w:rPr>
            </w:pPr>
            <w:r>
              <w:rPr>
                <w:rFonts w:cs="맑은 고딕" w:hint="eastAsia"/>
                <w:lang w:eastAsia="ko-KR"/>
              </w:rPr>
              <w:t>연구계획서</w:t>
            </w:r>
            <w:r>
              <w:rPr>
                <w:rFonts w:cs="맑은 고딕" w:hint="eastAsia"/>
                <w:lang w:eastAsia="ko-KR"/>
              </w:rPr>
              <w:t xml:space="preserve">, </w:t>
            </w:r>
            <w:r>
              <w:rPr>
                <w:rFonts w:cs="맑은 고딕" w:hint="eastAsia"/>
                <w:lang w:eastAsia="ko-KR"/>
              </w:rPr>
              <w:t>초록</w:t>
            </w:r>
            <w:r>
              <w:rPr>
                <w:rFonts w:cs="맑은 고딕" w:hint="eastAsia"/>
                <w:lang w:eastAsia="ko-KR"/>
              </w:rPr>
              <w:t xml:space="preserve">, </w:t>
            </w:r>
            <w:r>
              <w:rPr>
                <w:rFonts w:cs="맑은 고딕" w:hint="eastAsia"/>
                <w:lang w:eastAsia="ko-KR"/>
              </w:rPr>
              <w:t>발표자료</w:t>
            </w:r>
            <w:r>
              <w:rPr>
                <w:rFonts w:cs="맑은 고딕" w:hint="eastAsia"/>
                <w:lang w:eastAsia="ko-KR"/>
              </w:rPr>
              <w:t xml:space="preserve">, </w:t>
            </w:r>
            <w:r>
              <w:rPr>
                <w:rFonts w:cs="맑은 고딕" w:hint="eastAsia"/>
                <w:lang w:eastAsia="ko-KR"/>
              </w:rPr>
              <w:t>만족도조사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및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성과관리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자료를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정해진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기한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내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제출하겠습니다</w:t>
            </w:r>
            <w:r>
              <w:rPr>
                <w:rFonts w:cs="맑은 고딕" w:hint="eastAsia"/>
                <w:lang w:eastAsia="ko-KR"/>
              </w:rPr>
              <w:t>.</w:t>
            </w:r>
          </w:p>
        </w:tc>
      </w:tr>
      <w:tr w:rsidR="006C5AD4" w14:paraId="38794CCE" w14:textId="77777777" w:rsidTr="001B7A28">
        <w:trPr>
          <w:cantSplit/>
          <w:trHeight w:val="397"/>
          <w:jc w:val="center"/>
        </w:trPr>
        <w:tc>
          <w:tcPr>
            <w:tcW w:w="68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323746" w14:textId="77777777" w:rsidR="006C5AD4" w:rsidRDefault="008E2B3B">
            <w:pPr>
              <w:spacing w:line="240" w:lineRule="auto"/>
              <w:jc w:val="center"/>
            </w:pPr>
            <w:r>
              <w:rPr>
                <w:rFonts w:cs="맑은 고딕" w:hint="eastAsia"/>
                <w:b/>
              </w:rPr>
              <w:t>6</w:t>
            </w:r>
          </w:p>
        </w:tc>
        <w:tc>
          <w:tcPr>
            <w:tcW w:w="952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7F30A0" w14:textId="77777777" w:rsidR="006C5AD4" w:rsidRDefault="008E2B3B">
            <w:pPr>
              <w:spacing w:line="240" w:lineRule="auto"/>
              <w:rPr>
                <w:lang w:eastAsia="ko-KR"/>
              </w:rPr>
            </w:pPr>
            <w:r>
              <w:rPr>
                <w:rFonts w:cs="맑은 고딕" w:hint="eastAsia"/>
                <w:lang w:eastAsia="ko-KR"/>
              </w:rPr>
              <w:t>타인의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proofErr w:type="spellStart"/>
            <w:r>
              <w:rPr>
                <w:rFonts w:cs="맑은 고딕" w:hint="eastAsia"/>
                <w:lang w:eastAsia="ko-KR"/>
              </w:rPr>
              <w:t>아이디어·자료·이미지를</w:t>
            </w:r>
            <w:proofErr w:type="spellEnd"/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사용할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경우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출처를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표시하고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표절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또는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연구부정행위를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하지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않겠습니다</w:t>
            </w:r>
            <w:r>
              <w:rPr>
                <w:rFonts w:cs="맑은 고딕" w:hint="eastAsia"/>
                <w:lang w:eastAsia="ko-KR"/>
              </w:rPr>
              <w:t>.</w:t>
            </w:r>
          </w:p>
        </w:tc>
      </w:tr>
      <w:tr w:rsidR="006C5AD4" w14:paraId="4B667F5A" w14:textId="77777777" w:rsidTr="001B7A28">
        <w:trPr>
          <w:cantSplit/>
          <w:trHeight w:val="397"/>
          <w:jc w:val="center"/>
        </w:trPr>
        <w:tc>
          <w:tcPr>
            <w:tcW w:w="68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845D25" w14:textId="77777777" w:rsidR="006C5AD4" w:rsidRDefault="008E2B3B">
            <w:pPr>
              <w:spacing w:line="240" w:lineRule="auto"/>
              <w:jc w:val="center"/>
            </w:pPr>
            <w:r>
              <w:rPr>
                <w:rFonts w:cs="맑은 고딕" w:hint="eastAsia"/>
                <w:b/>
              </w:rPr>
              <w:t>7</w:t>
            </w:r>
          </w:p>
        </w:tc>
        <w:tc>
          <w:tcPr>
            <w:tcW w:w="952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F613E9" w14:textId="77777777" w:rsidR="006C5AD4" w:rsidRDefault="008E2B3B">
            <w:pPr>
              <w:spacing w:line="240" w:lineRule="auto"/>
              <w:rPr>
                <w:lang w:eastAsia="ko-KR"/>
              </w:rPr>
            </w:pPr>
            <w:r>
              <w:rPr>
                <w:rFonts w:cs="맑은 고딕" w:hint="eastAsia"/>
                <w:lang w:eastAsia="ko-KR"/>
              </w:rPr>
              <w:t>참여가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어려워진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경우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즉시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사업운영팀에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알리고</w:t>
            </w:r>
            <w:r>
              <w:rPr>
                <w:rFonts w:cs="맑은 고딕" w:hint="eastAsia"/>
                <w:lang w:eastAsia="ko-KR"/>
              </w:rPr>
              <w:t xml:space="preserve">, </w:t>
            </w:r>
            <w:r>
              <w:rPr>
                <w:rFonts w:cs="맑은 고딕" w:hint="eastAsia"/>
                <w:lang w:eastAsia="ko-KR"/>
              </w:rPr>
              <w:t>무단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불참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또는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중도포기를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하지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않겠습니다</w:t>
            </w:r>
            <w:r>
              <w:rPr>
                <w:rFonts w:cs="맑은 고딕" w:hint="eastAsia"/>
                <w:lang w:eastAsia="ko-KR"/>
              </w:rPr>
              <w:t>.</w:t>
            </w:r>
          </w:p>
        </w:tc>
      </w:tr>
      <w:tr w:rsidR="006C5AD4" w14:paraId="15C6ED98" w14:textId="77777777" w:rsidTr="001B7A28">
        <w:trPr>
          <w:cantSplit/>
          <w:trHeight w:val="397"/>
          <w:jc w:val="center"/>
        </w:trPr>
        <w:tc>
          <w:tcPr>
            <w:tcW w:w="68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3071E4" w14:textId="77777777" w:rsidR="006C5AD4" w:rsidRDefault="008E2B3B">
            <w:pPr>
              <w:spacing w:line="240" w:lineRule="auto"/>
              <w:jc w:val="center"/>
            </w:pPr>
            <w:r>
              <w:rPr>
                <w:rFonts w:cs="맑은 고딕" w:hint="eastAsia"/>
                <w:b/>
              </w:rPr>
              <w:t>8</w:t>
            </w:r>
          </w:p>
        </w:tc>
        <w:tc>
          <w:tcPr>
            <w:tcW w:w="952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8E1BA1" w14:textId="77777777" w:rsidR="006C5AD4" w:rsidRDefault="008E2B3B">
            <w:pPr>
              <w:spacing w:line="240" w:lineRule="auto"/>
              <w:rPr>
                <w:lang w:eastAsia="ko-KR"/>
              </w:rPr>
            </w:pPr>
            <w:r>
              <w:rPr>
                <w:rFonts w:cs="맑은 고딕" w:hint="eastAsia"/>
                <w:lang w:eastAsia="ko-KR"/>
              </w:rPr>
              <w:t>지원서의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기재내용이나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제출자료가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사실과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다른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경우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선발취소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등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운영기관의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조치에</w:t>
            </w:r>
            <w:r>
              <w:rPr>
                <w:rFonts w:cs="맑은 고딕" w:hint="eastAsia"/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따르겠습니다</w:t>
            </w:r>
            <w:r>
              <w:rPr>
                <w:rFonts w:cs="맑은 고딕" w:hint="eastAsia"/>
                <w:lang w:eastAsia="ko-KR"/>
              </w:rPr>
              <w:t>.</w:t>
            </w:r>
          </w:p>
        </w:tc>
      </w:tr>
    </w:tbl>
    <w:p w14:paraId="427F27BB" w14:textId="77777777" w:rsidR="001B7A28" w:rsidRDefault="001B7A28" w:rsidP="001B7A28">
      <w:pPr>
        <w:spacing w:before="140" w:line="240" w:lineRule="auto"/>
        <w:jc w:val="center"/>
        <w:rPr>
          <w:rFonts w:cs="맑은 고딕"/>
          <w:b/>
          <w:sz w:val="22"/>
          <w:szCs w:val="28"/>
          <w:lang w:eastAsia="ko-KR"/>
        </w:rPr>
      </w:pPr>
    </w:p>
    <w:p w14:paraId="0B95AEAC" w14:textId="7784F385" w:rsidR="006C5AD4" w:rsidRPr="001B7A28" w:rsidRDefault="008E2B3B" w:rsidP="001B7A28">
      <w:pPr>
        <w:spacing w:before="140" w:line="240" w:lineRule="auto"/>
        <w:jc w:val="center"/>
        <w:rPr>
          <w:rFonts w:cs="맑은 고딕"/>
          <w:b/>
          <w:sz w:val="22"/>
          <w:szCs w:val="28"/>
          <w:lang w:eastAsia="ko-KR"/>
        </w:rPr>
      </w:pPr>
      <w:r w:rsidRPr="001B7A28">
        <w:rPr>
          <w:rFonts w:cs="맑은 고딕" w:hint="eastAsia"/>
          <w:b/>
          <w:sz w:val="22"/>
          <w:szCs w:val="28"/>
          <w:lang w:eastAsia="ko-KR"/>
        </w:rPr>
        <w:t>위</w:t>
      </w:r>
      <w:r w:rsidRPr="001B7A28">
        <w:rPr>
          <w:rFonts w:cs="맑은 고딕" w:hint="eastAsia"/>
          <w:b/>
          <w:sz w:val="22"/>
          <w:szCs w:val="28"/>
          <w:lang w:eastAsia="ko-KR"/>
        </w:rPr>
        <w:t xml:space="preserve"> </w:t>
      </w:r>
      <w:r w:rsidRPr="001B7A28">
        <w:rPr>
          <w:rFonts w:cs="맑은 고딕" w:hint="eastAsia"/>
          <w:b/>
          <w:sz w:val="22"/>
          <w:szCs w:val="28"/>
          <w:lang w:eastAsia="ko-KR"/>
        </w:rPr>
        <w:t>사항을</w:t>
      </w:r>
      <w:r w:rsidRPr="001B7A28">
        <w:rPr>
          <w:rFonts w:cs="맑은 고딕" w:hint="eastAsia"/>
          <w:b/>
          <w:sz w:val="22"/>
          <w:szCs w:val="28"/>
          <w:lang w:eastAsia="ko-KR"/>
        </w:rPr>
        <w:t xml:space="preserve"> </w:t>
      </w:r>
      <w:r w:rsidRPr="001B7A28">
        <w:rPr>
          <w:rFonts w:cs="맑은 고딕" w:hint="eastAsia"/>
          <w:b/>
          <w:sz w:val="22"/>
          <w:szCs w:val="28"/>
          <w:lang w:eastAsia="ko-KR"/>
        </w:rPr>
        <w:t>충분히</w:t>
      </w:r>
      <w:r w:rsidRPr="001B7A28">
        <w:rPr>
          <w:rFonts w:cs="맑은 고딕" w:hint="eastAsia"/>
          <w:b/>
          <w:sz w:val="22"/>
          <w:szCs w:val="28"/>
          <w:lang w:eastAsia="ko-KR"/>
        </w:rPr>
        <w:t xml:space="preserve"> </w:t>
      </w:r>
      <w:r w:rsidRPr="001B7A28">
        <w:rPr>
          <w:rFonts w:cs="맑은 고딕" w:hint="eastAsia"/>
          <w:b/>
          <w:sz w:val="22"/>
          <w:szCs w:val="28"/>
          <w:lang w:eastAsia="ko-KR"/>
        </w:rPr>
        <w:t>확인하였으며</w:t>
      </w:r>
      <w:r w:rsidRPr="001B7A28">
        <w:rPr>
          <w:rFonts w:cs="맑은 고딕" w:hint="eastAsia"/>
          <w:b/>
          <w:sz w:val="22"/>
          <w:szCs w:val="28"/>
          <w:lang w:eastAsia="ko-KR"/>
        </w:rPr>
        <w:t xml:space="preserve">, </w:t>
      </w:r>
      <w:r w:rsidRPr="001B7A28">
        <w:rPr>
          <w:rFonts w:cs="맑은 고딕" w:hint="eastAsia"/>
          <w:b/>
          <w:sz w:val="22"/>
          <w:szCs w:val="28"/>
          <w:lang w:eastAsia="ko-KR"/>
        </w:rPr>
        <w:t>이를</w:t>
      </w:r>
      <w:r w:rsidRPr="001B7A28">
        <w:rPr>
          <w:rFonts w:cs="맑은 고딕" w:hint="eastAsia"/>
          <w:b/>
          <w:sz w:val="22"/>
          <w:szCs w:val="28"/>
          <w:lang w:eastAsia="ko-KR"/>
        </w:rPr>
        <w:t xml:space="preserve"> </w:t>
      </w:r>
      <w:r w:rsidRPr="001B7A28">
        <w:rPr>
          <w:rFonts w:cs="맑은 고딕" w:hint="eastAsia"/>
          <w:b/>
          <w:sz w:val="22"/>
          <w:szCs w:val="28"/>
          <w:lang w:eastAsia="ko-KR"/>
        </w:rPr>
        <w:t>성실히</w:t>
      </w:r>
      <w:r w:rsidRPr="001B7A28">
        <w:rPr>
          <w:rFonts w:cs="맑은 고딕" w:hint="eastAsia"/>
          <w:b/>
          <w:sz w:val="22"/>
          <w:szCs w:val="28"/>
          <w:lang w:eastAsia="ko-KR"/>
        </w:rPr>
        <w:t xml:space="preserve"> </w:t>
      </w:r>
      <w:r w:rsidRPr="001B7A28">
        <w:rPr>
          <w:rFonts w:cs="맑은 고딕" w:hint="eastAsia"/>
          <w:b/>
          <w:sz w:val="22"/>
          <w:szCs w:val="28"/>
          <w:lang w:eastAsia="ko-KR"/>
        </w:rPr>
        <w:t>이행할</w:t>
      </w:r>
      <w:r w:rsidRPr="001B7A28">
        <w:rPr>
          <w:rFonts w:cs="맑은 고딕" w:hint="eastAsia"/>
          <w:b/>
          <w:sz w:val="22"/>
          <w:szCs w:val="28"/>
          <w:lang w:eastAsia="ko-KR"/>
        </w:rPr>
        <w:t xml:space="preserve"> </w:t>
      </w:r>
      <w:r w:rsidRPr="001B7A28">
        <w:rPr>
          <w:rFonts w:cs="맑은 고딕" w:hint="eastAsia"/>
          <w:b/>
          <w:sz w:val="22"/>
          <w:szCs w:val="28"/>
          <w:lang w:eastAsia="ko-KR"/>
        </w:rPr>
        <w:t>것을</w:t>
      </w:r>
      <w:r w:rsidRPr="001B7A28">
        <w:rPr>
          <w:rFonts w:cs="맑은 고딕" w:hint="eastAsia"/>
          <w:b/>
          <w:sz w:val="22"/>
          <w:szCs w:val="28"/>
          <w:lang w:eastAsia="ko-KR"/>
        </w:rPr>
        <w:t xml:space="preserve"> </w:t>
      </w:r>
      <w:r w:rsidRPr="001B7A28">
        <w:rPr>
          <w:rFonts w:cs="맑은 고딕" w:hint="eastAsia"/>
          <w:b/>
          <w:sz w:val="22"/>
          <w:szCs w:val="28"/>
          <w:lang w:eastAsia="ko-KR"/>
        </w:rPr>
        <w:t>확약합니다</w:t>
      </w:r>
      <w:r w:rsidRPr="001B7A28">
        <w:rPr>
          <w:rFonts w:cs="맑은 고딕" w:hint="eastAsia"/>
          <w:b/>
          <w:sz w:val="22"/>
          <w:szCs w:val="28"/>
          <w:lang w:eastAsia="ko-KR"/>
        </w:rPr>
        <w:t>.</w:t>
      </w:r>
    </w:p>
    <w:p w14:paraId="356B04AD" w14:textId="232418DC" w:rsidR="00264052" w:rsidRDefault="00264052">
      <w:pPr>
        <w:spacing w:before="140" w:line="240" w:lineRule="auto"/>
        <w:rPr>
          <w:lang w:eastAsia="ko-KR"/>
        </w:rPr>
      </w:pPr>
    </w:p>
    <w:p w14:paraId="3ADA874A" w14:textId="77777777" w:rsidR="001B7A28" w:rsidRDefault="001B7A28">
      <w:pPr>
        <w:spacing w:before="140" w:line="240" w:lineRule="auto"/>
        <w:rPr>
          <w:rFonts w:hint="eastAsia"/>
          <w:lang w:eastAsia="ko-KR"/>
        </w:rPr>
      </w:pPr>
    </w:p>
    <w:tbl>
      <w:tblPr>
        <w:tblStyle w:val="af9"/>
        <w:tblW w:w="0" w:type="auto"/>
        <w:tblInd w:w="108" w:type="dxa"/>
        <w:tblLook w:val="04A0" w:firstRow="1" w:lastRow="0" w:firstColumn="1" w:lastColumn="0" w:noHBand="0" w:noVBand="1"/>
      </w:tblPr>
      <w:tblGrid>
        <w:gridCol w:w="5036"/>
        <w:gridCol w:w="5052"/>
      </w:tblGrid>
      <w:tr w:rsidR="00264052" w14:paraId="602FC618" w14:textId="77777777" w:rsidTr="00B81149">
        <w:trPr>
          <w:trHeight w:val="454"/>
        </w:trPr>
        <w:tc>
          <w:tcPr>
            <w:tcW w:w="5094" w:type="dxa"/>
          </w:tcPr>
          <w:p w14:paraId="3E29BE33" w14:textId="77777777" w:rsidR="00264052" w:rsidRDefault="00264052" w:rsidP="00B81149">
            <w:pPr>
              <w:spacing w:before="80"/>
              <w:jc w:val="center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 xml:space="preserve">작성일 </w:t>
            </w:r>
            <w:r>
              <w:rPr>
                <w:lang w:eastAsia="ko-KR"/>
              </w:rPr>
              <w:t>2026</w:t>
            </w:r>
            <w:r>
              <w:rPr>
                <w:rFonts w:hint="eastAsia"/>
                <w:lang w:eastAsia="ko-KR"/>
              </w:rPr>
              <w:t xml:space="preserve">년 </w:t>
            </w:r>
            <w:r>
              <w:rPr>
                <w:lang w:eastAsia="ko-KR"/>
              </w:rPr>
              <w:t xml:space="preserve">         </w:t>
            </w:r>
            <w:r>
              <w:rPr>
                <w:rFonts w:hint="eastAsia"/>
                <w:lang w:eastAsia="ko-KR"/>
              </w:rPr>
              <w:t xml:space="preserve">월 </w:t>
            </w:r>
            <w:r>
              <w:rPr>
                <w:lang w:eastAsia="ko-KR"/>
              </w:rPr>
              <w:t xml:space="preserve">    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lang w:eastAsia="ko-KR"/>
              </w:rPr>
              <w:t xml:space="preserve">    </w:t>
            </w:r>
            <w:r>
              <w:rPr>
                <w:rFonts w:hint="eastAsia"/>
                <w:lang w:eastAsia="ko-KR"/>
              </w:rPr>
              <w:t>일</w:t>
            </w:r>
          </w:p>
        </w:tc>
        <w:tc>
          <w:tcPr>
            <w:tcW w:w="5112" w:type="dxa"/>
          </w:tcPr>
          <w:p w14:paraId="627290F4" w14:textId="77777777" w:rsidR="00264052" w:rsidRDefault="00264052" w:rsidP="00B81149">
            <w:pPr>
              <w:spacing w:before="80"/>
              <w:jc w:val="center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지원자 성명:</w:t>
            </w:r>
            <w:r>
              <w:rPr>
                <w:lang w:eastAsia="ko-KR"/>
              </w:rPr>
              <w:t xml:space="preserve">                              (</w:t>
            </w:r>
            <w:r>
              <w:rPr>
                <w:rFonts w:hint="eastAsia"/>
                <w:lang w:eastAsia="ko-KR"/>
              </w:rPr>
              <w:t>서명)</w:t>
            </w:r>
          </w:p>
        </w:tc>
      </w:tr>
    </w:tbl>
    <w:p w14:paraId="2107AAA2" w14:textId="77777777" w:rsidR="00264052" w:rsidRDefault="00264052">
      <w:pPr>
        <w:spacing w:before="140" w:line="240" w:lineRule="auto"/>
        <w:rPr>
          <w:rFonts w:hint="eastAsia"/>
          <w:lang w:eastAsia="ko-KR"/>
        </w:rPr>
      </w:pPr>
    </w:p>
    <w:p w14:paraId="1B22D646" w14:textId="77777777" w:rsidR="006C5AD4" w:rsidRPr="001B7A28" w:rsidRDefault="008E2B3B">
      <w:pPr>
        <w:spacing w:before="40" w:line="240" w:lineRule="auto"/>
        <w:jc w:val="right"/>
        <w:rPr>
          <w:sz w:val="28"/>
          <w:szCs w:val="36"/>
          <w:lang w:eastAsia="ko-KR"/>
        </w:rPr>
      </w:pPr>
      <w:r w:rsidRPr="001B7A28">
        <w:rPr>
          <w:rFonts w:cs="맑은 고딕" w:hint="eastAsia"/>
          <w:b/>
          <w:sz w:val="28"/>
          <w:szCs w:val="36"/>
          <w:lang w:eastAsia="ko-KR"/>
        </w:rPr>
        <w:t>단국대학교</w:t>
      </w:r>
      <w:r w:rsidRPr="001B7A28">
        <w:rPr>
          <w:rFonts w:cs="맑은 고딕" w:hint="eastAsia"/>
          <w:b/>
          <w:sz w:val="28"/>
          <w:szCs w:val="36"/>
          <w:lang w:eastAsia="ko-KR"/>
        </w:rPr>
        <w:t xml:space="preserve"> </w:t>
      </w:r>
      <w:r w:rsidRPr="001B7A28">
        <w:rPr>
          <w:rFonts w:cs="맑은 고딕" w:hint="eastAsia"/>
          <w:b/>
          <w:sz w:val="28"/>
          <w:szCs w:val="36"/>
          <w:lang w:eastAsia="ko-KR"/>
        </w:rPr>
        <w:t>귀하</w:t>
      </w:r>
    </w:p>
    <w:p w14:paraId="2282F713" w14:textId="77777777" w:rsidR="006C5AD4" w:rsidRDefault="008E2B3B">
      <w:pPr>
        <w:rPr>
          <w:lang w:eastAsia="ko-KR"/>
        </w:rPr>
      </w:pPr>
      <w:r>
        <w:rPr>
          <w:rFonts w:cs="맑은 고딕" w:hint="eastAsia"/>
          <w:lang w:eastAsia="ko-KR"/>
        </w:rPr>
        <w:br w:type="page"/>
      </w:r>
    </w:p>
    <w:p w14:paraId="670BA9EE" w14:textId="26CA857D" w:rsidR="001B7A28" w:rsidRDefault="001B7A28" w:rsidP="001B7A28">
      <w:pPr>
        <w:pStyle w:val="a7"/>
        <w:rPr>
          <w:lang w:eastAsia="ko-KR"/>
        </w:rPr>
      </w:pPr>
      <w:r>
        <w:rPr>
          <w:rFonts w:hint="eastAsia"/>
          <w:lang w:eastAsia="ko-KR"/>
        </w:rPr>
        <w:lastRenderedPageBreak/>
        <w:t xml:space="preserve">[서식 </w:t>
      </w:r>
      <w:r>
        <w:rPr>
          <w:lang w:eastAsia="ko-KR"/>
        </w:rPr>
        <w:t>4</w:t>
      </w:r>
      <w:r>
        <w:rPr>
          <w:rFonts w:hint="eastAsia"/>
          <w:lang w:eastAsia="ko-KR"/>
        </w:rPr>
        <w:t>]</w:t>
      </w:r>
    </w:p>
    <w:p w14:paraId="215734A7" w14:textId="68CE90CD" w:rsidR="001B7A28" w:rsidRPr="00264052" w:rsidRDefault="001B7A28" w:rsidP="001B7A28">
      <w:pPr>
        <w:pStyle w:val="a7"/>
        <w:jc w:val="center"/>
        <w:rPr>
          <w:b/>
          <w:bCs/>
          <w:sz w:val="36"/>
          <w:szCs w:val="36"/>
          <w:lang w:eastAsia="ko-KR"/>
        </w:rPr>
      </w:pPr>
      <w:r>
        <w:rPr>
          <w:rFonts w:hint="eastAsia"/>
          <w:b/>
          <w:bCs/>
          <w:sz w:val="28"/>
          <w:szCs w:val="28"/>
          <w:lang w:eastAsia="ko-KR"/>
        </w:rPr>
        <w:t>『</w:t>
      </w:r>
      <w:r w:rsidRPr="00172A29">
        <w:rPr>
          <w:rFonts w:hint="eastAsia"/>
          <w:b/>
          <w:bCs/>
          <w:sz w:val="28"/>
          <w:szCs w:val="28"/>
          <w:lang w:eastAsia="ko-KR"/>
        </w:rPr>
        <w:t xml:space="preserve">2026년 </w:t>
      </w:r>
      <w:proofErr w:type="spellStart"/>
      <w:r w:rsidRPr="00172A29">
        <w:rPr>
          <w:rFonts w:hint="eastAsia"/>
          <w:b/>
          <w:bCs/>
          <w:sz w:val="28"/>
          <w:szCs w:val="28"/>
          <w:lang w:eastAsia="ko-KR"/>
        </w:rPr>
        <w:t>바이오헬스</w:t>
      </w:r>
      <w:proofErr w:type="spellEnd"/>
      <w:r w:rsidRPr="00172A29">
        <w:rPr>
          <w:rFonts w:hint="eastAsia"/>
          <w:b/>
          <w:bCs/>
          <w:sz w:val="28"/>
          <w:szCs w:val="28"/>
          <w:lang w:eastAsia="ko-KR"/>
        </w:rPr>
        <w:t xml:space="preserve"> 글로벌 석학 </w:t>
      </w:r>
      <w:proofErr w:type="spellStart"/>
      <w:r w:rsidRPr="00172A29">
        <w:rPr>
          <w:rFonts w:hint="eastAsia"/>
          <w:b/>
          <w:bCs/>
          <w:sz w:val="28"/>
          <w:szCs w:val="28"/>
          <w:lang w:eastAsia="ko-KR"/>
        </w:rPr>
        <w:t>멘토십</w:t>
      </w:r>
      <w:proofErr w:type="spellEnd"/>
      <w:r w:rsidRPr="00172A29">
        <w:rPr>
          <w:rFonts w:hint="eastAsia"/>
          <w:b/>
          <w:bCs/>
          <w:sz w:val="28"/>
          <w:szCs w:val="28"/>
          <w:lang w:eastAsia="ko-KR"/>
        </w:rPr>
        <w:t xml:space="preserve"> 프로그램 </w:t>
      </w:r>
      <w:r w:rsidRPr="00172A29">
        <w:rPr>
          <w:b/>
          <w:bCs/>
          <w:sz w:val="28"/>
          <w:szCs w:val="28"/>
          <w:lang w:eastAsia="ko-KR"/>
        </w:rPr>
        <w:t xml:space="preserve">- </w:t>
      </w:r>
      <w:proofErr w:type="spellStart"/>
      <w:r w:rsidRPr="00172A29">
        <w:rPr>
          <w:rFonts w:hint="eastAsia"/>
          <w:b/>
          <w:bCs/>
          <w:sz w:val="28"/>
          <w:szCs w:val="28"/>
          <w:lang w:eastAsia="ko-KR"/>
        </w:rPr>
        <w:t>분자∙세포생물학분야</w:t>
      </w:r>
      <w:proofErr w:type="spellEnd"/>
      <w:r>
        <w:rPr>
          <w:rFonts w:hint="eastAsia"/>
          <w:b/>
          <w:bCs/>
          <w:sz w:val="28"/>
          <w:szCs w:val="28"/>
          <w:lang w:eastAsia="ko-KR"/>
        </w:rPr>
        <w:t>』</w:t>
      </w:r>
      <w:r w:rsidRPr="00172A29">
        <w:rPr>
          <w:rFonts w:hint="eastAsia"/>
          <w:b/>
          <w:bCs/>
          <w:sz w:val="36"/>
          <w:szCs w:val="28"/>
          <w:lang w:eastAsia="ko-KR"/>
        </w:rPr>
        <w:br/>
      </w:r>
      <w:r w:rsidRPr="00264052">
        <w:rPr>
          <w:rFonts w:hint="eastAsia"/>
          <w:b/>
          <w:bCs/>
          <w:sz w:val="36"/>
          <w:szCs w:val="36"/>
          <w:lang w:eastAsia="ko-KR"/>
        </w:rPr>
        <w:t>-</w:t>
      </w:r>
      <w:r w:rsidRPr="00264052">
        <w:rPr>
          <w:b/>
          <w:bCs/>
          <w:sz w:val="36"/>
          <w:szCs w:val="36"/>
          <w:lang w:eastAsia="ko-KR"/>
        </w:rPr>
        <w:t xml:space="preserve"> </w:t>
      </w:r>
      <w:r>
        <w:rPr>
          <w:rFonts w:hint="eastAsia"/>
          <w:b/>
          <w:bCs/>
          <w:sz w:val="36"/>
          <w:szCs w:val="36"/>
          <w:lang w:eastAsia="ko-KR"/>
        </w:rPr>
        <w:t xml:space="preserve">개인정보 </w:t>
      </w:r>
      <w:proofErr w:type="spellStart"/>
      <w:r>
        <w:rPr>
          <w:rFonts w:hint="eastAsia"/>
          <w:b/>
          <w:bCs/>
          <w:sz w:val="36"/>
          <w:szCs w:val="36"/>
          <w:lang w:eastAsia="ko-KR"/>
        </w:rPr>
        <w:t>수집</w:t>
      </w:r>
      <w:r w:rsidRPr="00264052">
        <w:rPr>
          <w:rFonts w:cs="맑은 고딕" w:hint="eastAsia"/>
          <w:b/>
          <w:sz w:val="36"/>
          <w:szCs w:val="36"/>
          <w:lang w:eastAsia="ko-KR"/>
        </w:rPr>
        <w:t>·</w:t>
      </w:r>
      <w:r>
        <w:rPr>
          <w:rFonts w:cs="맑은 고딕" w:hint="eastAsia"/>
          <w:b/>
          <w:sz w:val="36"/>
          <w:szCs w:val="36"/>
          <w:lang w:eastAsia="ko-KR"/>
        </w:rPr>
        <w:t>이용</w:t>
      </w:r>
      <w:proofErr w:type="spellEnd"/>
      <w:r>
        <w:rPr>
          <w:rFonts w:cs="맑은 고딕" w:hint="eastAsia"/>
          <w:b/>
          <w:sz w:val="36"/>
          <w:szCs w:val="36"/>
          <w:lang w:eastAsia="ko-KR"/>
        </w:rPr>
        <w:t xml:space="preserve"> 및 </w:t>
      </w:r>
      <w:proofErr w:type="spellStart"/>
      <w:r>
        <w:rPr>
          <w:rFonts w:cs="맑은 고딕" w:hint="eastAsia"/>
          <w:b/>
          <w:sz w:val="36"/>
          <w:szCs w:val="36"/>
          <w:lang w:eastAsia="ko-KR"/>
        </w:rPr>
        <w:t>촬영</w:t>
      </w:r>
      <w:r w:rsidRPr="00264052">
        <w:rPr>
          <w:rFonts w:cs="맑은 고딕" w:hint="eastAsia"/>
          <w:b/>
          <w:sz w:val="36"/>
          <w:szCs w:val="36"/>
          <w:lang w:eastAsia="ko-KR"/>
        </w:rPr>
        <w:t>·</w:t>
      </w:r>
      <w:r>
        <w:rPr>
          <w:rFonts w:cs="맑은 고딕" w:hint="eastAsia"/>
          <w:b/>
          <w:sz w:val="36"/>
          <w:szCs w:val="36"/>
          <w:lang w:eastAsia="ko-KR"/>
        </w:rPr>
        <w:t>콘텐츠</w:t>
      </w:r>
      <w:proofErr w:type="spellEnd"/>
      <w:r>
        <w:rPr>
          <w:rFonts w:cs="맑은 고딕" w:hint="eastAsia"/>
          <w:b/>
          <w:sz w:val="36"/>
          <w:szCs w:val="36"/>
          <w:lang w:eastAsia="ko-KR"/>
        </w:rPr>
        <w:t xml:space="preserve"> 활용</w:t>
      </w:r>
      <w:r>
        <w:rPr>
          <w:rFonts w:cs="맑은 고딕"/>
          <w:b/>
          <w:sz w:val="36"/>
          <w:szCs w:val="36"/>
          <w:lang w:eastAsia="ko-KR"/>
        </w:rPr>
        <w:t xml:space="preserve"> </w:t>
      </w:r>
      <w:r>
        <w:rPr>
          <w:rFonts w:cs="맑은 고딕" w:hint="eastAsia"/>
          <w:b/>
          <w:sz w:val="36"/>
          <w:szCs w:val="36"/>
          <w:lang w:eastAsia="ko-KR"/>
        </w:rPr>
        <w:t>동의서</w:t>
      </w:r>
      <w:r>
        <w:rPr>
          <w:rFonts w:hint="eastAsia"/>
          <w:b/>
          <w:bCs/>
          <w:sz w:val="36"/>
          <w:szCs w:val="36"/>
          <w:lang w:eastAsia="ko-KR"/>
        </w:rPr>
        <w:t xml:space="preserve"> -</w:t>
      </w:r>
    </w:p>
    <w:p w14:paraId="54167F1D" w14:textId="579608C0" w:rsidR="006C5AD4" w:rsidRDefault="006C5AD4" w:rsidP="001B7A28">
      <w:pPr>
        <w:rPr>
          <w:lang w:eastAsia="ko-KR"/>
        </w:rPr>
      </w:pPr>
    </w:p>
    <w:p w14:paraId="7E174C3B" w14:textId="77777777" w:rsidR="006C5AD4" w:rsidRPr="001B7A28" w:rsidRDefault="008E2B3B" w:rsidP="001B7A28">
      <w:pPr>
        <w:rPr>
          <w:b/>
          <w:bCs/>
          <w:sz w:val="20"/>
          <w:szCs w:val="24"/>
          <w:lang w:eastAsia="ko-KR"/>
        </w:rPr>
      </w:pPr>
      <w:r w:rsidRPr="001B7A28">
        <w:rPr>
          <w:rFonts w:hint="eastAsia"/>
          <w:b/>
          <w:bCs/>
          <w:sz w:val="20"/>
          <w:szCs w:val="24"/>
          <w:lang w:eastAsia="ko-KR"/>
        </w:rPr>
        <w:t xml:space="preserve">1. </w:t>
      </w:r>
      <w:r w:rsidRPr="001B7A28">
        <w:rPr>
          <w:rFonts w:hint="eastAsia"/>
          <w:b/>
          <w:bCs/>
          <w:sz w:val="20"/>
          <w:szCs w:val="24"/>
          <w:lang w:eastAsia="ko-KR"/>
        </w:rPr>
        <w:t>개인정보</w:t>
      </w:r>
      <w:r w:rsidRPr="001B7A28">
        <w:rPr>
          <w:rFonts w:hint="eastAsia"/>
          <w:b/>
          <w:bCs/>
          <w:sz w:val="20"/>
          <w:szCs w:val="24"/>
          <w:lang w:eastAsia="ko-KR"/>
        </w:rPr>
        <w:t xml:space="preserve"> </w:t>
      </w:r>
      <w:proofErr w:type="spellStart"/>
      <w:r w:rsidRPr="001B7A28">
        <w:rPr>
          <w:rFonts w:hint="eastAsia"/>
          <w:b/>
          <w:bCs/>
          <w:sz w:val="20"/>
          <w:szCs w:val="24"/>
          <w:lang w:eastAsia="ko-KR"/>
        </w:rPr>
        <w:t>수집·이용</w:t>
      </w:r>
      <w:proofErr w:type="spellEnd"/>
      <w:r w:rsidRPr="001B7A28">
        <w:rPr>
          <w:rFonts w:hint="eastAsia"/>
          <w:b/>
          <w:bCs/>
          <w:sz w:val="20"/>
          <w:szCs w:val="24"/>
          <w:lang w:eastAsia="ko-KR"/>
        </w:rPr>
        <w:t xml:space="preserve"> </w:t>
      </w:r>
      <w:r w:rsidRPr="001B7A28">
        <w:rPr>
          <w:rFonts w:hint="eastAsia"/>
          <w:b/>
          <w:bCs/>
          <w:sz w:val="20"/>
          <w:szCs w:val="24"/>
          <w:lang w:eastAsia="ko-KR"/>
        </w:rPr>
        <w:t>동의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8051"/>
      </w:tblGrid>
      <w:tr w:rsidR="006C5AD4" w14:paraId="5316ADBD" w14:textId="77777777">
        <w:trPr>
          <w:cantSplit/>
          <w:jc w:val="center"/>
        </w:trPr>
        <w:tc>
          <w:tcPr>
            <w:tcW w:w="215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D46553" w14:textId="77777777" w:rsidR="006C5AD4" w:rsidRPr="001B7A28" w:rsidRDefault="008E2B3B">
            <w:pPr>
              <w:spacing w:line="240" w:lineRule="auto"/>
              <w:jc w:val="center"/>
              <w:rPr>
                <w:szCs w:val="18"/>
              </w:rPr>
            </w:pPr>
            <w:proofErr w:type="spellStart"/>
            <w:r w:rsidRPr="001B7A28">
              <w:rPr>
                <w:rFonts w:cs="맑은 고딕" w:hint="eastAsia"/>
                <w:b/>
                <w:szCs w:val="18"/>
              </w:rPr>
              <w:t>수집·이용</w:t>
            </w:r>
            <w:proofErr w:type="spellEnd"/>
            <w:r w:rsidRPr="001B7A28">
              <w:rPr>
                <w:rFonts w:cs="맑은 고딕" w:hint="eastAsia"/>
                <w:b/>
                <w:szCs w:val="18"/>
              </w:rPr>
              <w:t xml:space="preserve"> </w:t>
            </w:r>
            <w:proofErr w:type="spellStart"/>
            <w:r w:rsidRPr="001B7A28">
              <w:rPr>
                <w:rFonts w:cs="맑은 고딕" w:hint="eastAsia"/>
                <w:b/>
                <w:szCs w:val="18"/>
              </w:rPr>
              <w:t>목적</w:t>
            </w:r>
            <w:proofErr w:type="spellEnd"/>
          </w:p>
        </w:tc>
        <w:tc>
          <w:tcPr>
            <w:tcW w:w="805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3FFE97" w14:textId="77777777" w:rsidR="006C5AD4" w:rsidRPr="001B7A28" w:rsidRDefault="008E2B3B">
            <w:pPr>
              <w:spacing w:line="240" w:lineRule="auto"/>
              <w:rPr>
                <w:szCs w:val="18"/>
                <w:lang w:eastAsia="ko-KR"/>
              </w:rPr>
            </w:pPr>
            <w:r w:rsidRPr="001B7A28">
              <w:rPr>
                <w:rFonts w:cs="맑은 고딕" w:hint="eastAsia"/>
                <w:szCs w:val="18"/>
                <w:lang w:eastAsia="ko-KR"/>
              </w:rPr>
              <w:t>지원자격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확인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,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선발평가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, </w:t>
            </w:r>
            <w:r w:rsidRPr="001B7A28">
              <w:rPr>
                <w:rFonts w:cs="맑은 고딕" w:hint="eastAsia"/>
                <w:szCs w:val="18"/>
                <w:lang w:eastAsia="ko-KR"/>
              </w:rPr>
              <w:t>합격자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통보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, </w:t>
            </w:r>
            <w:r w:rsidRPr="001B7A28">
              <w:rPr>
                <w:rFonts w:cs="맑은 고딕" w:hint="eastAsia"/>
                <w:szCs w:val="18"/>
                <w:lang w:eastAsia="ko-KR"/>
              </w:rPr>
              <w:t>교육운영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, </w:t>
            </w:r>
            <w:proofErr w:type="spellStart"/>
            <w:r w:rsidRPr="001B7A28">
              <w:rPr>
                <w:rFonts w:cs="맑은 고딕" w:hint="eastAsia"/>
                <w:szCs w:val="18"/>
                <w:lang w:eastAsia="ko-KR"/>
              </w:rPr>
              <w:t>출결·성과관리</w:t>
            </w:r>
            <w:proofErr w:type="spellEnd"/>
            <w:r w:rsidRPr="001B7A28">
              <w:rPr>
                <w:rFonts w:cs="맑은 고딕" w:hint="eastAsia"/>
                <w:szCs w:val="18"/>
                <w:lang w:eastAsia="ko-KR"/>
              </w:rPr>
              <w:t xml:space="preserve">,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수료증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발급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및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사업실적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보고</w:t>
            </w:r>
          </w:p>
        </w:tc>
      </w:tr>
      <w:tr w:rsidR="006C5AD4" w14:paraId="2474CBC7" w14:textId="77777777">
        <w:trPr>
          <w:cantSplit/>
          <w:jc w:val="center"/>
        </w:trPr>
        <w:tc>
          <w:tcPr>
            <w:tcW w:w="215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13FF0F" w14:textId="77777777" w:rsidR="006C5AD4" w:rsidRPr="001B7A28" w:rsidRDefault="008E2B3B">
            <w:pPr>
              <w:spacing w:line="240" w:lineRule="auto"/>
              <w:jc w:val="center"/>
              <w:rPr>
                <w:szCs w:val="18"/>
              </w:rPr>
            </w:pPr>
            <w:proofErr w:type="spellStart"/>
            <w:r w:rsidRPr="001B7A28">
              <w:rPr>
                <w:rFonts w:cs="맑은 고딕" w:hint="eastAsia"/>
                <w:b/>
                <w:szCs w:val="18"/>
              </w:rPr>
              <w:t>수집항목</w:t>
            </w:r>
            <w:proofErr w:type="spellEnd"/>
          </w:p>
        </w:tc>
        <w:tc>
          <w:tcPr>
            <w:tcW w:w="805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2C9C4C" w14:textId="77777777" w:rsidR="006C5AD4" w:rsidRPr="001B7A28" w:rsidRDefault="008E2B3B">
            <w:pPr>
              <w:spacing w:line="240" w:lineRule="auto"/>
              <w:rPr>
                <w:szCs w:val="18"/>
                <w:lang w:eastAsia="ko-KR"/>
              </w:rPr>
            </w:pPr>
            <w:r w:rsidRPr="001B7A28">
              <w:rPr>
                <w:rFonts w:cs="맑은 고딕" w:hint="eastAsia"/>
                <w:szCs w:val="18"/>
                <w:lang w:eastAsia="ko-KR"/>
              </w:rPr>
              <w:t>성명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,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연락처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,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이메일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,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소속기관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, </w:t>
            </w:r>
            <w:proofErr w:type="spellStart"/>
            <w:r w:rsidRPr="001B7A28">
              <w:rPr>
                <w:rFonts w:cs="맑은 고딕" w:hint="eastAsia"/>
                <w:szCs w:val="18"/>
                <w:lang w:eastAsia="ko-KR"/>
              </w:rPr>
              <w:t>학과·부서</w:t>
            </w:r>
            <w:proofErr w:type="spellEnd"/>
            <w:r w:rsidRPr="001B7A28">
              <w:rPr>
                <w:rFonts w:cs="맑은 고딕" w:hint="eastAsia"/>
                <w:szCs w:val="18"/>
                <w:lang w:eastAsia="ko-KR"/>
              </w:rPr>
              <w:t xml:space="preserve">, </w:t>
            </w:r>
            <w:proofErr w:type="spellStart"/>
            <w:r w:rsidRPr="001B7A28">
              <w:rPr>
                <w:rFonts w:cs="맑은 고딕" w:hint="eastAsia"/>
                <w:szCs w:val="18"/>
                <w:lang w:eastAsia="ko-KR"/>
              </w:rPr>
              <w:t>신분·학년·수련연차</w:t>
            </w:r>
            <w:proofErr w:type="spellEnd"/>
            <w:r w:rsidRPr="001B7A28">
              <w:rPr>
                <w:rFonts w:cs="맑은 고딕" w:hint="eastAsia"/>
                <w:szCs w:val="18"/>
                <w:lang w:eastAsia="ko-KR"/>
              </w:rPr>
              <w:t xml:space="preserve">,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지원서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및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제출자료</w:t>
            </w:r>
          </w:p>
        </w:tc>
      </w:tr>
      <w:tr w:rsidR="006C5AD4" w14:paraId="1694928E" w14:textId="77777777">
        <w:trPr>
          <w:cantSplit/>
          <w:jc w:val="center"/>
        </w:trPr>
        <w:tc>
          <w:tcPr>
            <w:tcW w:w="215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BA65AA" w14:textId="77777777" w:rsidR="006C5AD4" w:rsidRPr="001B7A28" w:rsidRDefault="008E2B3B">
            <w:pPr>
              <w:spacing w:line="240" w:lineRule="auto"/>
              <w:jc w:val="center"/>
              <w:rPr>
                <w:szCs w:val="18"/>
              </w:rPr>
            </w:pPr>
            <w:proofErr w:type="spellStart"/>
            <w:r w:rsidRPr="001B7A28">
              <w:rPr>
                <w:rFonts w:cs="맑은 고딕" w:hint="eastAsia"/>
                <w:b/>
                <w:szCs w:val="18"/>
              </w:rPr>
              <w:t>보유기간</w:t>
            </w:r>
            <w:proofErr w:type="spellEnd"/>
          </w:p>
        </w:tc>
        <w:tc>
          <w:tcPr>
            <w:tcW w:w="805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DAF277" w14:textId="77777777" w:rsidR="006C5AD4" w:rsidRPr="001B7A28" w:rsidRDefault="008E2B3B">
            <w:pPr>
              <w:spacing w:line="240" w:lineRule="auto"/>
              <w:rPr>
                <w:szCs w:val="18"/>
                <w:lang w:eastAsia="ko-KR"/>
              </w:rPr>
            </w:pPr>
            <w:r w:rsidRPr="001B7A28">
              <w:rPr>
                <w:rFonts w:cs="맑은 고딕" w:hint="eastAsia"/>
                <w:szCs w:val="18"/>
                <w:lang w:eastAsia="ko-KR"/>
              </w:rPr>
              <w:t>미선발자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: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최종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합격자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발표일로부터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1</w:t>
            </w:r>
            <w:proofErr w:type="gramStart"/>
            <w:r w:rsidRPr="001B7A28">
              <w:rPr>
                <w:rFonts w:cs="맑은 고딕" w:hint="eastAsia"/>
                <w:szCs w:val="18"/>
                <w:lang w:eastAsia="ko-KR"/>
              </w:rPr>
              <w:t>년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/</w:t>
            </w:r>
            <w:proofErr w:type="gramEnd"/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proofErr w:type="spellStart"/>
            <w:r w:rsidRPr="001B7A28">
              <w:rPr>
                <w:rFonts w:cs="맑은 고딕" w:hint="eastAsia"/>
                <w:szCs w:val="18"/>
                <w:lang w:eastAsia="ko-KR"/>
              </w:rPr>
              <w:t>선발자</w:t>
            </w:r>
            <w:proofErr w:type="spellEnd"/>
            <w:r w:rsidRPr="001B7A28">
              <w:rPr>
                <w:rFonts w:cs="맑은 고딕" w:hint="eastAsia"/>
                <w:szCs w:val="18"/>
                <w:lang w:eastAsia="ko-KR"/>
              </w:rPr>
              <w:t xml:space="preserve">: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사업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종료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후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5</w:t>
            </w:r>
            <w:r w:rsidRPr="001B7A28">
              <w:rPr>
                <w:rFonts w:cs="맑은 고딕" w:hint="eastAsia"/>
                <w:szCs w:val="18"/>
                <w:lang w:eastAsia="ko-KR"/>
              </w:rPr>
              <w:t>년</w:t>
            </w:r>
            <w:r w:rsidRPr="001B7A28">
              <w:rPr>
                <w:rFonts w:cs="맑은 고딕" w:hint="eastAsia"/>
                <w:szCs w:val="18"/>
                <w:lang w:eastAsia="ko-KR"/>
              </w:rPr>
              <w:br/>
            </w:r>
            <w:r w:rsidRPr="001B7A28">
              <w:rPr>
                <w:rFonts w:cs="맑은 고딕" w:hint="eastAsia"/>
                <w:szCs w:val="18"/>
                <w:lang w:eastAsia="ko-KR"/>
              </w:rPr>
              <w:t>단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, </w:t>
            </w:r>
            <w:r w:rsidRPr="001B7A28">
              <w:rPr>
                <w:rFonts w:cs="맑은 고딕" w:hint="eastAsia"/>
                <w:szCs w:val="18"/>
                <w:lang w:eastAsia="ko-KR"/>
              </w:rPr>
              <w:t>관련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법령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또는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전담기관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지침에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별도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기준이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있는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경우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그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기준에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따름</w:t>
            </w:r>
          </w:p>
        </w:tc>
      </w:tr>
      <w:tr w:rsidR="006C5AD4" w14:paraId="41910750" w14:textId="77777777">
        <w:trPr>
          <w:cantSplit/>
          <w:jc w:val="center"/>
        </w:trPr>
        <w:tc>
          <w:tcPr>
            <w:tcW w:w="215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C70476" w14:textId="77777777" w:rsidR="006C5AD4" w:rsidRPr="001B7A28" w:rsidRDefault="008E2B3B">
            <w:pPr>
              <w:spacing w:line="240" w:lineRule="auto"/>
              <w:jc w:val="center"/>
              <w:rPr>
                <w:szCs w:val="18"/>
              </w:rPr>
            </w:pPr>
            <w:proofErr w:type="spellStart"/>
            <w:r w:rsidRPr="001B7A28">
              <w:rPr>
                <w:rFonts w:cs="맑은 고딕" w:hint="eastAsia"/>
                <w:b/>
                <w:szCs w:val="18"/>
              </w:rPr>
              <w:t>동의</w:t>
            </w:r>
            <w:proofErr w:type="spellEnd"/>
            <w:r w:rsidRPr="001B7A28">
              <w:rPr>
                <w:rFonts w:cs="맑은 고딕" w:hint="eastAsia"/>
                <w:b/>
                <w:szCs w:val="18"/>
              </w:rPr>
              <w:t xml:space="preserve"> </w:t>
            </w:r>
            <w:proofErr w:type="spellStart"/>
            <w:r w:rsidRPr="001B7A28">
              <w:rPr>
                <w:rFonts w:cs="맑은 고딕" w:hint="eastAsia"/>
                <w:b/>
                <w:szCs w:val="18"/>
              </w:rPr>
              <w:t>거부권</w:t>
            </w:r>
            <w:proofErr w:type="spellEnd"/>
          </w:p>
        </w:tc>
        <w:tc>
          <w:tcPr>
            <w:tcW w:w="805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030985" w14:textId="77777777" w:rsidR="006C5AD4" w:rsidRPr="001B7A28" w:rsidRDefault="008E2B3B">
            <w:pPr>
              <w:spacing w:line="240" w:lineRule="auto"/>
              <w:rPr>
                <w:szCs w:val="18"/>
                <w:lang w:eastAsia="ko-KR"/>
              </w:rPr>
            </w:pPr>
            <w:r w:rsidRPr="001B7A28">
              <w:rPr>
                <w:rFonts w:cs="맑은 고딕" w:hint="eastAsia"/>
                <w:szCs w:val="18"/>
                <w:lang w:eastAsia="ko-KR"/>
              </w:rPr>
              <w:t>동의를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거부할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수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있으나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, </w:t>
            </w:r>
            <w:r w:rsidRPr="001B7A28">
              <w:rPr>
                <w:rFonts w:cs="맑은 고딕" w:hint="eastAsia"/>
                <w:szCs w:val="18"/>
                <w:lang w:eastAsia="ko-KR"/>
              </w:rPr>
              <w:t>필수정보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수집에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동의하지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않을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경우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지원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및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프로그램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참여가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제한될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수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있음</w:t>
            </w:r>
          </w:p>
        </w:tc>
      </w:tr>
    </w:tbl>
    <w:p w14:paraId="73D2534A" w14:textId="77777777" w:rsidR="006C5AD4" w:rsidRPr="001B7A28" w:rsidRDefault="008E2B3B">
      <w:pPr>
        <w:spacing w:before="40" w:after="80" w:line="240" w:lineRule="auto"/>
        <w:jc w:val="right"/>
        <w:rPr>
          <w:sz w:val="22"/>
          <w:szCs w:val="28"/>
          <w:lang w:eastAsia="ko-KR"/>
        </w:rPr>
      </w:pPr>
      <w:r w:rsidRPr="001B7A28">
        <w:rPr>
          <w:rFonts w:cs="맑은 고딕" w:hint="eastAsia"/>
          <w:b/>
          <w:sz w:val="20"/>
          <w:szCs w:val="28"/>
          <w:lang w:eastAsia="ko-KR"/>
        </w:rPr>
        <w:t>위</w:t>
      </w:r>
      <w:r w:rsidRPr="001B7A28">
        <w:rPr>
          <w:rFonts w:cs="맑은 고딕" w:hint="eastAsia"/>
          <w:b/>
          <w:sz w:val="20"/>
          <w:szCs w:val="28"/>
          <w:lang w:eastAsia="ko-KR"/>
        </w:rPr>
        <w:t xml:space="preserve"> </w:t>
      </w:r>
      <w:r w:rsidRPr="001B7A28">
        <w:rPr>
          <w:rFonts w:cs="맑은 고딕" w:hint="eastAsia"/>
          <w:b/>
          <w:sz w:val="20"/>
          <w:szCs w:val="28"/>
          <w:lang w:eastAsia="ko-KR"/>
        </w:rPr>
        <w:t>개인정보</w:t>
      </w:r>
      <w:r w:rsidRPr="001B7A28">
        <w:rPr>
          <w:rFonts w:cs="맑은 고딕" w:hint="eastAsia"/>
          <w:b/>
          <w:sz w:val="20"/>
          <w:szCs w:val="28"/>
          <w:lang w:eastAsia="ko-KR"/>
        </w:rPr>
        <w:t xml:space="preserve"> </w:t>
      </w:r>
      <w:proofErr w:type="spellStart"/>
      <w:r w:rsidRPr="001B7A28">
        <w:rPr>
          <w:rFonts w:cs="맑은 고딕" w:hint="eastAsia"/>
          <w:b/>
          <w:sz w:val="20"/>
          <w:szCs w:val="28"/>
          <w:lang w:eastAsia="ko-KR"/>
        </w:rPr>
        <w:t>수집·이용에</w:t>
      </w:r>
      <w:proofErr w:type="spellEnd"/>
      <w:r w:rsidRPr="001B7A28">
        <w:rPr>
          <w:rFonts w:cs="맑은 고딕" w:hint="eastAsia"/>
          <w:b/>
          <w:sz w:val="20"/>
          <w:szCs w:val="28"/>
          <w:lang w:eastAsia="ko-KR"/>
        </w:rPr>
        <w:t xml:space="preserve"> </w:t>
      </w:r>
      <w:r w:rsidRPr="001B7A28">
        <w:rPr>
          <w:rFonts w:cs="맑은 고딕" w:hint="eastAsia"/>
          <w:b/>
          <w:sz w:val="20"/>
          <w:szCs w:val="28"/>
          <w:lang w:eastAsia="ko-KR"/>
        </w:rPr>
        <w:t>동의합니다</w:t>
      </w:r>
      <w:r w:rsidRPr="001B7A28">
        <w:rPr>
          <w:rFonts w:cs="맑은 고딕" w:hint="eastAsia"/>
          <w:b/>
          <w:sz w:val="20"/>
          <w:szCs w:val="28"/>
          <w:lang w:eastAsia="ko-KR"/>
        </w:rPr>
        <w:t xml:space="preserve">.     </w:t>
      </w:r>
      <w:r w:rsidRPr="001B7A28">
        <w:rPr>
          <w:rFonts w:cs="맑은 고딕" w:hint="eastAsia"/>
          <w:b/>
          <w:sz w:val="20"/>
          <w:szCs w:val="28"/>
          <w:lang w:eastAsia="ko-KR"/>
        </w:rPr>
        <w:t>□</w:t>
      </w:r>
      <w:r w:rsidRPr="001B7A28">
        <w:rPr>
          <w:rFonts w:cs="맑은 고딕" w:hint="eastAsia"/>
          <w:b/>
          <w:sz w:val="20"/>
          <w:szCs w:val="28"/>
          <w:lang w:eastAsia="ko-KR"/>
        </w:rPr>
        <w:t xml:space="preserve"> </w:t>
      </w:r>
      <w:r w:rsidRPr="001B7A28">
        <w:rPr>
          <w:rFonts w:cs="맑은 고딕" w:hint="eastAsia"/>
          <w:b/>
          <w:sz w:val="20"/>
          <w:szCs w:val="28"/>
          <w:lang w:eastAsia="ko-KR"/>
        </w:rPr>
        <w:t>동의함</w:t>
      </w:r>
      <w:r w:rsidRPr="001B7A28">
        <w:rPr>
          <w:rFonts w:cs="맑은 고딕" w:hint="eastAsia"/>
          <w:b/>
          <w:sz w:val="20"/>
          <w:szCs w:val="28"/>
          <w:lang w:eastAsia="ko-KR"/>
        </w:rPr>
        <w:t xml:space="preserve">     </w:t>
      </w:r>
      <w:r w:rsidRPr="001B7A28">
        <w:rPr>
          <w:rFonts w:cs="맑은 고딕" w:hint="eastAsia"/>
          <w:b/>
          <w:sz w:val="20"/>
          <w:szCs w:val="28"/>
          <w:lang w:eastAsia="ko-KR"/>
        </w:rPr>
        <w:t>□</w:t>
      </w:r>
      <w:r w:rsidRPr="001B7A28">
        <w:rPr>
          <w:rFonts w:cs="맑은 고딕" w:hint="eastAsia"/>
          <w:b/>
          <w:sz w:val="20"/>
          <w:szCs w:val="28"/>
          <w:lang w:eastAsia="ko-KR"/>
        </w:rPr>
        <w:t xml:space="preserve"> </w:t>
      </w:r>
      <w:r w:rsidRPr="001B7A28">
        <w:rPr>
          <w:rFonts w:cs="맑은 고딕" w:hint="eastAsia"/>
          <w:b/>
          <w:sz w:val="20"/>
          <w:szCs w:val="28"/>
          <w:lang w:eastAsia="ko-KR"/>
        </w:rPr>
        <w:t>동의하지</w:t>
      </w:r>
      <w:r w:rsidRPr="001B7A28">
        <w:rPr>
          <w:rFonts w:cs="맑은 고딕" w:hint="eastAsia"/>
          <w:b/>
          <w:sz w:val="20"/>
          <w:szCs w:val="28"/>
          <w:lang w:eastAsia="ko-KR"/>
        </w:rPr>
        <w:t xml:space="preserve"> </w:t>
      </w:r>
      <w:r w:rsidRPr="001B7A28">
        <w:rPr>
          <w:rFonts w:cs="맑은 고딕" w:hint="eastAsia"/>
          <w:b/>
          <w:sz w:val="20"/>
          <w:szCs w:val="28"/>
          <w:lang w:eastAsia="ko-KR"/>
        </w:rPr>
        <w:t>않음</w:t>
      </w:r>
    </w:p>
    <w:p w14:paraId="27627F99" w14:textId="77777777" w:rsidR="001B7A28" w:rsidRDefault="001B7A28" w:rsidP="001B7A28">
      <w:pPr>
        <w:rPr>
          <w:b/>
          <w:bCs/>
          <w:sz w:val="20"/>
          <w:szCs w:val="24"/>
          <w:lang w:eastAsia="ko-KR"/>
        </w:rPr>
      </w:pPr>
    </w:p>
    <w:p w14:paraId="66D225CE" w14:textId="31DA8664" w:rsidR="006C5AD4" w:rsidRPr="001B7A28" w:rsidRDefault="008E2B3B" w:rsidP="001B7A28">
      <w:pPr>
        <w:rPr>
          <w:b/>
          <w:bCs/>
          <w:sz w:val="20"/>
          <w:szCs w:val="24"/>
          <w:lang w:eastAsia="ko-KR"/>
        </w:rPr>
      </w:pPr>
      <w:r w:rsidRPr="001B7A28">
        <w:rPr>
          <w:rFonts w:hint="eastAsia"/>
          <w:b/>
          <w:bCs/>
          <w:sz w:val="20"/>
          <w:szCs w:val="24"/>
          <w:lang w:eastAsia="ko-KR"/>
        </w:rPr>
        <w:t xml:space="preserve">2. </w:t>
      </w:r>
      <w:proofErr w:type="spellStart"/>
      <w:r w:rsidRPr="001B7A28">
        <w:rPr>
          <w:rFonts w:hint="eastAsia"/>
          <w:b/>
          <w:bCs/>
          <w:sz w:val="20"/>
          <w:szCs w:val="24"/>
          <w:lang w:eastAsia="ko-KR"/>
        </w:rPr>
        <w:t>사진·영상·음성</w:t>
      </w:r>
      <w:proofErr w:type="spellEnd"/>
      <w:r w:rsidRPr="001B7A28">
        <w:rPr>
          <w:rFonts w:hint="eastAsia"/>
          <w:b/>
          <w:bCs/>
          <w:sz w:val="20"/>
          <w:szCs w:val="24"/>
          <w:lang w:eastAsia="ko-KR"/>
        </w:rPr>
        <w:t xml:space="preserve"> </w:t>
      </w:r>
      <w:r w:rsidRPr="001B7A28">
        <w:rPr>
          <w:rFonts w:hint="eastAsia"/>
          <w:b/>
          <w:bCs/>
          <w:sz w:val="20"/>
          <w:szCs w:val="24"/>
          <w:lang w:eastAsia="ko-KR"/>
        </w:rPr>
        <w:t>촬영</w:t>
      </w:r>
      <w:r w:rsidRPr="001B7A28">
        <w:rPr>
          <w:rFonts w:hint="eastAsia"/>
          <w:b/>
          <w:bCs/>
          <w:sz w:val="20"/>
          <w:szCs w:val="24"/>
          <w:lang w:eastAsia="ko-KR"/>
        </w:rPr>
        <w:t xml:space="preserve"> </w:t>
      </w:r>
      <w:r w:rsidRPr="001B7A28">
        <w:rPr>
          <w:rFonts w:hint="eastAsia"/>
          <w:b/>
          <w:bCs/>
          <w:sz w:val="20"/>
          <w:szCs w:val="24"/>
          <w:lang w:eastAsia="ko-KR"/>
        </w:rPr>
        <w:t>및</w:t>
      </w:r>
      <w:r w:rsidRPr="001B7A28">
        <w:rPr>
          <w:rFonts w:hint="eastAsia"/>
          <w:b/>
          <w:bCs/>
          <w:sz w:val="20"/>
          <w:szCs w:val="24"/>
          <w:lang w:eastAsia="ko-KR"/>
        </w:rPr>
        <w:t xml:space="preserve"> </w:t>
      </w:r>
      <w:proofErr w:type="spellStart"/>
      <w:r w:rsidRPr="001B7A28">
        <w:rPr>
          <w:rFonts w:hint="eastAsia"/>
          <w:b/>
          <w:bCs/>
          <w:sz w:val="20"/>
          <w:szCs w:val="24"/>
          <w:lang w:eastAsia="ko-KR"/>
        </w:rPr>
        <w:t>교육콘텐츠</w:t>
      </w:r>
      <w:proofErr w:type="spellEnd"/>
      <w:r w:rsidRPr="001B7A28">
        <w:rPr>
          <w:rFonts w:hint="eastAsia"/>
          <w:b/>
          <w:bCs/>
          <w:sz w:val="20"/>
          <w:szCs w:val="24"/>
          <w:lang w:eastAsia="ko-KR"/>
        </w:rPr>
        <w:t xml:space="preserve"> </w:t>
      </w:r>
      <w:r w:rsidRPr="001B7A28">
        <w:rPr>
          <w:rFonts w:hint="eastAsia"/>
          <w:b/>
          <w:bCs/>
          <w:sz w:val="20"/>
          <w:szCs w:val="24"/>
          <w:lang w:eastAsia="ko-KR"/>
        </w:rPr>
        <w:t>활용</w:t>
      </w:r>
      <w:r w:rsidRPr="001B7A28">
        <w:rPr>
          <w:rFonts w:hint="eastAsia"/>
          <w:b/>
          <w:bCs/>
          <w:sz w:val="20"/>
          <w:szCs w:val="24"/>
          <w:lang w:eastAsia="ko-KR"/>
        </w:rPr>
        <w:t xml:space="preserve"> </w:t>
      </w:r>
      <w:r w:rsidRPr="001B7A28">
        <w:rPr>
          <w:rFonts w:hint="eastAsia"/>
          <w:b/>
          <w:bCs/>
          <w:sz w:val="20"/>
          <w:szCs w:val="24"/>
          <w:lang w:eastAsia="ko-KR"/>
        </w:rPr>
        <w:t>동의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8051"/>
      </w:tblGrid>
      <w:tr w:rsidR="006C5AD4" w14:paraId="0E9C8A3A" w14:textId="77777777">
        <w:trPr>
          <w:cantSplit/>
          <w:jc w:val="center"/>
        </w:trPr>
        <w:tc>
          <w:tcPr>
            <w:tcW w:w="215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014DA4" w14:textId="77777777" w:rsidR="006C5AD4" w:rsidRPr="001B7A28" w:rsidRDefault="008E2B3B">
            <w:pPr>
              <w:spacing w:line="240" w:lineRule="auto"/>
              <w:jc w:val="center"/>
              <w:rPr>
                <w:szCs w:val="18"/>
              </w:rPr>
            </w:pPr>
            <w:proofErr w:type="spellStart"/>
            <w:r w:rsidRPr="001B7A28">
              <w:rPr>
                <w:rFonts w:cs="맑은 고딕" w:hint="eastAsia"/>
                <w:b/>
                <w:szCs w:val="18"/>
              </w:rPr>
              <w:t>촬영</w:t>
            </w:r>
            <w:proofErr w:type="spellEnd"/>
            <w:r w:rsidRPr="001B7A28">
              <w:rPr>
                <w:rFonts w:cs="맑은 고딕" w:hint="eastAsia"/>
                <w:b/>
                <w:szCs w:val="18"/>
              </w:rPr>
              <w:t xml:space="preserve"> </w:t>
            </w:r>
            <w:proofErr w:type="spellStart"/>
            <w:r w:rsidRPr="001B7A28">
              <w:rPr>
                <w:rFonts w:cs="맑은 고딕" w:hint="eastAsia"/>
                <w:b/>
                <w:szCs w:val="18"/>
              </w:rPr>
              <w:t>목적</w:t>
            </w:r>
            <w:proofErr w:type="spellEnd"/>
          </w:p>
        </w:tc>
        <w:tc>
          <w:tcPr>
            <w:tcW w:w="805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0C6571" w14:textId="77777777" w:rsidR="006C5AD4" w:rsidRPr="001B7A28" w:rsidRDefault="008E2B3B">
            <w:pPr>
              <w:spacing w:line="240" w:lineRule="auto"/>
              <w:rPr>
                <w:szCs w:val="18"/>
                <w:lang w:eastAsia="ko-KR"/>
              </w:rPr>
            </w:pPr>
            <w:r w:rsidRPr="001B7A28">
              <w:rPr>
                <w:rFonts w:cs="맑은 고딕" w:hint="eastAsia"/>
                <w:szCs w:val="18"/>
                <w:lang w:eastAsia="ko-KR"/>
              </w:rPr>
              <w:t>프로그램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운영기록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,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성과보고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, </w:t>
            </w:r>
            <w:proofErr w:type="spellStart"/>
            <w:r w:rsidRPr="001B7A28">
              <w:rPr>
                <w:rFonts w:cs="맑은 고딕" w:hint="eastAsia"/>
                <w:szCs w:val="18"/>
                <w:lang w:eastAsia="ko-KR"/>
              </w:rPr>
              <w:t>교육콘텐츠</w:t>
            </w:r>
            <w:proofErr w:type="spellEnd"/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제작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,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사업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홍보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및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학술행사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기록</w:t>
            </w:r>
          </w:p>
        </w:tc>
      </w:tr>
      <w:tr w:rsidR="006C5AD4" w14:paraId="42A47326" w14:textId="77777777">
        <w:trPr>
          <w:cantSplit/>
          <w:jc w:val="center"/>
        </w:trPr>
        <w:tc>
          <w:tcPr>
            <w:tcW w:w="215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6F9562" w14:textId="77777777" w:rsidR="006C5AD4" w:rsidRPr="001B7A28" w:rsidRDefault="008E2B3B">
            <w:pPr>
              <w:spacing w:line="240" w:lineRule="auto"/>
              <w:jc w:val="center"/>
              <w:rPr>
                <w:szCs w:val="18"/>
              </w:rPr>
            </w:pPr>
            <w:proofErr w:type="spellStart"/>
            <w:r w:rsidRPr="001B7A28">
              <w:rPr>
                <w:rFonts w:cs="맑은 고딕" w:hint="eastAsia"/>
                <w:b/>
                <w:szCs w:val="18"/>
              </w:rPr>
              <w:t>활용</w:t>
            </w:r>
            <w:proofErr w:type="spellEnd"/>
            <w:r w:rsidRPr="001B7A28">
              <w:rPr>
                <w:rFonts w:cs="맑은 고딕" w:hint="eastAsia"/>
                <w:b/>
                <w:szCs w:val="18"/>
              </w:rPr>
              <w:t xml:space="preserve"> </w:t>
            </w:r>
            <w:proofErr w:type="spellStart"/>
            <w:r w:rsidRPr="001B7A28">
              <w:rPr>
                <w:rFonts w:cs="맑은 고딕" w:hint="eastAsia"/>
                <w:b/>
                <w:szCs w:val="18"/>
              </w:rPr>
              <w:t>매체</w:t>
            </w:r>
            <w:proofErr w:type="spellEnd"/>
          </w:p>
        </w:tc>
        <w:tc>
          <w:tcPr>
            <w:tcW w:w="805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C2A0ED" w14:textId="77777777" w:rsidR="006C5AD4" w:rsidRPr="001B7A28" w:rsidRDefault="008E2B3B">
            <w:pPr>
              <w:spacing w:line="240" w:lineRule="auto"/>
              <w:rPr>
                <w:szCs w:val="18"/>
                <w:lang w:eastAsia="ko-KR"/>
              </w:rPr>
            </w:pPr>
            <w:r w:rsidRPr="001B7A28">
              <w:rPr>
                <w:rFonts w:cs="맑은 고딕" w:hint="eastAsia"/>
                <w:szCs w:val="18"/>
                <w:lang w:eastAsia="ko-KR"/>
              </w:rPr>
              <w:t>운영기관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홈페이지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,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사업보고서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, </w:t>
            </w:r>
            <w:r w:rsidRPr="001B7A28">
              <w:rPr>
                <w:rFonts w:cs="맑은 고딕" w:hint="eastAsia"/>
                <w:szCs w:val="18"/>
                <w:lang w:eastAsia="ko-KR"/>
              </w:rPr>
              <w:t>교육영상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,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온라인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세미나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및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비상업적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홍보자료</w:t>
            </w:r>
          </w:p>
        </w:tc>
      </w:tr>
      <w:tr w:rsidR="006C5AD4" w14:paraId="57AA1417" w14:textId="77777777">
        <w:trPr>
          <w:cantSplit/>
          <w:jc w:val="center"/>
        </w:trPr>
        <w:tc>
          <w:tcPr>
            <w:tcW w:w="215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E2447C" w14:textId="77777777" w:rsidR="006C5AD4" w:rsidRPr="001B7A28" w:rsidRDefault="008E2B3B">
            <w:pPr>
              <w:spacing w:line="240" w:lineRule="auto"/>
              <w:jc w:val="center"/>
              <w:rPr>
                <w:szCs w:val="18"/>
              </w:rPr>
            </w:pPr>
            <w:proofErr w:type="spellStart"/>
            <w:r w:rsidRPr="001B7A28">
              <w:rPr>
                <w:rFonts w:cs="맑은 고딕" w:hint="eastAsia"/>
                <w:b/>
                <w:szCs w:val="18"/>
              </w:rPr>
              <w:t>활용</w:t>
            </w:r>
            <w:proofErr w:type="spellEnd"/>
            <w:r w:rsidRPr="001B7A28">
              <w:rPr>
                <w:rFonts w:cs="맑은 고딕" w:hint="eastAsia"/>
                <w:b/>
                <w:szCs w:val="18"/>
              </w:rPr>
              <w:t xml:space="preserve"> </w:t>
            </w:r>
            <w:proofErr w:type="spellStart"/>
            <w:r w:rsidRPr="001B7A28">
              <w:rPr>
                <w:rFonts w:cs="맑은 고딕" w:hint="eastAsia"/>
                <w:b/>
                <w:szCs w:val="18"/>
              </w:rPr>
              <w:t>범위</w:t>
            </w:r>
            <w:proofErr w:type="spellEnd"/>
          </w:p>
        </w:tc>
        <w:tc>
          <w:tcPr>
            <w:tcW w:w="805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6A0E0E" w14:textId="77777777" w:rsidR="006C5AD4" w:rsidRPr="001B7A28" w:rsidRDefault="008E2B3B">
            <w:pPr>
              <w:spacing w:line="240" w:lineRule="auto"/>
              <w:rPr>
                <w:szCs w:val="18"/>
                <w:lang w:eastAsia="ko-KR"/>
              </w:rPr>
            </w:pPr>
            <w:proofErr w:type="spellStart"/>
            <w:r w:rsidRPr="001B7A28">
              <w:rPr>
                <w:rFonts w:cs="맑은 고딕" w:hint="eastAsia"/>
                <w:szCs w:val="18"/>
                <w:lang w:eastAsia="ko-KR"/>
              </w:rPr>
              <w:t>교육·실험·발표</w:t>
            </w:r>
            <w:proofErr w:type="spellEnd"/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장면의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사진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,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영상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,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음성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및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발표자료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일부</w:t>
            </w:r>
          </w:p>
        </w:tc>
      </w:tr>
      <w:tr w:rsidR="006C5AD4" w14:paraId="463A3E71" w14:textId="77777777">
        <w:trPr>
          <w:cantSplit/>
          <w:jc w:val="center"/>
        </w:trPr>
        <w:tc>
          <w:tcPr>
            <w:tcW w:w="215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D18A80" w14:textId="77777777" w:rsidR="006C5AD4" w:rsidRPr="001B7A28" w:rsidRDefault="008E2B3B">
            <w:pPr>
              <w:spacing w:line="240" w:lineRule="auto"/>
              <w:jc w:val="center"/>
              <w:rPr>
                <w:szCs w:val="18"/>
              </w:rPr>
            </w:pPr>
            <w:proofErr w:type="spellStart"/>
            <w:r w:rsidRPr="001B7A28">
              <w:rPr>
                <w:rFonts w:cs="맑은 고딕" w:hint="eastAsia"/>
                <w:b/>
                <w:szCs w:val="18"/>
              </w:rPr>
              <w:t>보유기간</w:t>
            </w:r>
            <w:proofErr w:type="spellEnd"/>
          </w:p>
        </w:tc>
        <w:tc>
          <w:tcPr>
            <w:tcW w:w="805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BB29AB" w14:textId="77777777" w:rsidR="006C5AD4" w:rsidRPr="001B7A28" w:rsidRDefault="008E2B3B">
            <w:pPr>
              <w:spacing w:line="240" w:lineRule="auto"/>
              <w:rPr>
                <w:szCs w:val="18"/>
                <w:lang w:eastAsia="ko-KR"/>
              </w:rPr>
            </w:pPr>
            <w:r w:rsidRPr="001B7A28">
              <w:rPr>
                <w:rFonts w:cs="맑은 고딕" w:hint="eastAsia"/>
                <w:szCs w:val="18"/>
                <w:lang w:eastAsia="ko-KR"/>
              </w:rPr>
              <w:t>사업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종료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후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5</w:t>
            </w:r>
            <w:r w:rsidRPr="001B7A28">
              <w:rPr>
                <w:rFonts w:cs="맑은 고딕" w:hint="eastAsia"/>
                <w:szCs w:val="18"/>
                <w:lang w:eastAsia="ko-KR"/>
              </w:rPr>
              <w:t>년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또는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활용목적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달성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시까지</w:t>
            </w:r>
            <w:r w:rsidRPr="001B7A28">
              <w:rPr>
                <w:rFonts w:cs="맑은 고딕" w:hint="eastAsia"/>
                <w:szCs w:val="18"/>
                <w:lang w:eastAsia="ko-KR"/>
              </w:rPr>
              <w:br/>
            </w:r>
            <w:r w:rsidRPr="001B7A28">
              <w:rPr>
                <w:rFonts w:cs="맑은 고딕" w:hint="eastAsia"/>
                <w:szCs w:val="18"/>
                <w:lang w:eastAsia="ko-KR"/>
              </w:rPr>
              <w:t>철회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요청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시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법령상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보존의무가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없는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범위에서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활용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중단</w:t>
            </w:r>
          </w:p>
        </w:tc>
      </w:tr>
      <w:tr w:rsidR="006C5AD4" w14:paraId="04E34E68" w14:textId="77777777">
        <w:trPr>
          <w:cantSplit/>
          <w:jc w:val="center"/>
        </w:trPr>
        <w:tc>
          <w:tcPr>
            <w:tcW w:w="215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7A4D2B" w14:textId="77777777" w:rsidR="006C5AD4" w:rsidRPr="001B7A28" w:rsidRDefault="008E2B3B">
            <w:pPr>
              <w:spacing w:line="240" w:lineRule="auto"/>
              <w:jc w:val="center"/>
              <w:rPr>
                <w:szCs w:val="18"/>
              </w:rPr>
            </w:pPr>
            <w:proofErr w:type="spellStart"/>
            <w:r w:rsidRPr="001B7A28">
              <w:rPr>
                <w:rFonts w:cs="맑은 고딕" w:hint="eastAsia"/>
                <w:b/>
                <w:szCs w:val="18"/>
              </w:rPr>
              <w:t>선발</w:t>
            </w:r>
            <w:proofErr w:type="spellEnd"/>
            <w:r w:rsidRPr="001B7A28">
              <w:rPr>
                <w:rFonts w:cs="맑은 고딕" w:hint="eastAsia"/>
                <w:b/>
                <w:szCs w:val="18"/>
              </w:rPr>
              <w:t xml:space="preserve"> </w:t>
            </w:r>
            <w:proofErr w:type="spellStart"/>
            <w:r w:rsidRPr="001B7A28">
              <w:rPr>
                <w:rFonts w:cs="맑은 고딕" w:hint="eastAsia"/>
                <w:b/>
                <w:szCs w:val="18"/>
              </w:rPr>
              <w:t>영향</w:t>
            </w:r>
            <w:proofErr w:type="spellEnd"/>
          </w:p>
        </w:tc>
        <w:tc>
          <w:tcPr>
            <w:tcW w:w="805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EF3579" w14:textId="77777777" w:rsidR="006C5AD4" w:rsidRPr="001B7A28" w:rsidRDefault="008E2B3B">
            <w:pPr>
              <w:spacing w:line="240" w:lineRule="auto"/>
              <w:rPr>
                <w:szCs w:val="18"/>
                <w:lang w:eastAsia="ko-KR"/>
              </w:rPr>
            </w:pPr>
            <w:proofErr w:type="spellStart"/>
            <w:r w:rsidRPr="001B7A28">
              <w:rPr>
                <w:rFonts w:cs="맑은 고딕" w:hint="eastAsia"/>
                <w:szCs w:val="18"/>
                <w:lang w:eastAsia="ko-KR"/>
              </w:rPr>
              <w:t>촬영·활용</w:t>
            </w:r>
            <w:proofErr w:type="spellEnd"/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동의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여부는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선발평가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점수에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반영하지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않음</w:t>
            </w:r>
            <w:r w:rsidRPr="001B7A28">
              <w:rPr>
                <w:rFonts w:cs="맑은 고딕" w:hint="eastAsia"/>
                <w:szCs w:val="18"/>
                <w:lang w:eastAsia="ko-KR"/>
              </w:rPr>
              <w:br/>
            </w:r>
            <w:r w:rsidRPr="001B7A28">
              <w:rPr>
                <w:rFonts w:cs="맑은 고딕" w:hint="eastAsia"/>
                <w:szCs w:val="18"/>
                <w:lang w:eastAsia="ko-KR"/>
              </w:rPr>
              <w:t>미동의자에게는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촬영구역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proofErr w:type="spellStart"/>
            <w:r w:rsidRPr="001B7A28">
              <w:rPr>
                <w:rFonts w:cs="맑은 고딕" w:hint="eastAsia"/>
                <w:szCs w:val="18"/>
                <w:lang w:eastAsia="ko-KR"/>
              </w:rPr>
              <w:t>분리·비식별</w:t>
            </w:r>
            <w:proofErr w:type="spellEnd"/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처리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등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가능한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보호조치를</w:t>
            </w:r>
            <w:r w:rsidRPr="001B7A28">
              <w:rPr>
                <w:rFonts w:cs="맑은 고딕" w:hint="eastAsia"/>
                <w:szCs w:val="18"/>
                <w:lang w:eastAsia="ko-KR"/>
              </w:rPr>
              <w:t xml:space="preserve"> </w:t>
            </w:r>
            <w:r w:rsidRPr="001B7A28">
              <w:rPr>
                <w:rFonts w:cs="맑은 고딕" w:hint="eastAsia"/>
                <w:szCs w:val="18"/>
                <w:lang w:eastAsia="ko-KR"/>
              </w:rPr>
              <w:t>적용</w:t>
            </w:r>
          </w:p>
        </w:tc>
      </w:tr>
    </w:tbl>
    <w:p w14:paraId="1F43B164" w14:textId="77777777" w:rsidR="006C5AD4" w:rsidRPr="001B7A28" w:rsidRDefault="008E2B3B">
      <w:pPr>
        <w:spacing w:before="40" w:after="60" w:line="240" w:lineRule="auto"/>
        <w:jc w:val="right"/>
        <w:rPr>
          <w:sz w:val="22"/>
          <w:szCs w:val="28"/>
          <w:lang w:eastAsia="ko-KR"/>
        </w:rPr>
      </w:pPr>
      <w:r w:rsidRPr="001B7A28">
        <w:rPr>
          <w:rFonts w:cs="맑은 고딕" w:hint="eastAsia"/>
          <w:b/>
          <w:sz w:val="20"/>
          <w:szCs w:val="28"/>
          <w:lang w:eastAsia="ko-KR"/>
        </w:rPr>
        <w:t>위</w:t>
      </w:r>
      <w:r w:rsidRPr="001B7A28">
        <w:rPr>
          <w:rFonts w:cs="맑은 고딕" w:hint="eastAsia"/>
          <w:b/>
          <w:sz w:val="20"/>
          <w:szCs w:val="28"/>
          <w:lang w:eastAsia="ko-KR"/>
        </w:rPr>
        <w:t xml:space="preserve"> </w:t>
      </w:r>
      <w:proofErr w:type="spellStart"/>
      <w:r w:rsidRPr="001B7A28">
        <w:rPr>
          <w:rFonts w:cs="맑은 고딕" w:hint="eastAsia"/>
          <w:b/>
          <w:sz w:val="20"/>
          <w:szCs w:val="28"/>
          <w:lang w:eastAsia="ko-KR"/>
        </w:rPr>
        <w:t>사진·영상·음성</w:t>
      </w:r>
      <w:proofErr w:type="spellEnd"/>
      <w:r w:rsidRPr="001B7A28">
        <w:rPr>
          <w:rFonts w:cs="맑은 고딕" w:hint="eastAsia"/>
          <w:b/>
          <w:sz w:val="20"/>
          <w:szCs w:val="28"/>
          <w:lang w:eastAsia="ko-KR"/>
        </w:rPr>
        <w:t xml:space="preserve"> </w:t>
      </w:r>
      <w:r w:rsidRPr="001B7A28">
        <w:rPr>
          <w:rFonts w:cs="맑은 고딕" w:hint="eastAsia"/>
          <w:b/>
          <w:sz w:val="20"/>
          <w:szCs w:val="28"/>
          <w:lang w:eastAsia="ko-KR"/>
        </w:rPr>
        <w:t>촬영</w:t>
      </w:r>
      <w:r w:rsidRPr="001B7A28">
        <w:rPr>
          <w:rFonts w:cs="맑은 고딕" w:hint="eastAsia"/>
          <w:b/>
          <w:sz w:val="20"/>
          <w:szCs w:val="28"/>
          <w:lang w:eastAsia="ko-KR"/>
        </w:rPr>
        <w:t xml:space="preserve"> </w:t>
      </w:r>
      <w:r w:rsidRPr="001B7A28">
        <w:rPr>
          <w:rFonts w:cs="맑은 고딕" w:hint="eastAsia"/>
          <w:b/>
          <w:sz w:val="20"/>
          <w:szCs w:val="28"/>
          <w:lang w:eastAsia="ko-KR"/>
        </w:rPr>
        <w:t>및</w:t>
      </w:r>
      <w:r w:rsidRPr="001B7A28">
        <w:rPr>
          <w:rFonts w:cs="맑은 고딕" w:hint="eastAsia"/>
          <w:b/>
          <w:sz w:val="20"/>
          <w:szCs w:val="28"/>
          <w:lang w:eastAsia="ko-KR"/>
        </w:rPr>
        <w:t xml:space="preserve"> </w:t>
      </w:r>
      <w:r w:rsidRPr="001B7A28">
        <w:rPr>
          <w:rFonts w:cs="맑은 고딕" w:hint="eastAsia"/>
          <w:b/>
          <w:sz w:val="20"/>
          <w:szCs w:val="28"/>
          <w:lang w:eastAsia="ko-KR"/>
        </w:rPr>
        <w:t>콘텐츠</w:t>
      </w:r>
      <w:r w:rsidRPr="001B7A28">
        <w:rPr>
          <w:rFonts w:cs="맑은 고딕" w:hint="eastAsia"/>
          <w:b/>
          <w:sz w:val="20"/>
          <w:szCs w:val="28"/>
          <w:lang w:eastAsia="ko-KR"/>
        </w:rPr>
        <w:t xml:space="preserve"> </w:t>
      </w:r>
      <w:r w:rsidRPr="001B7A28">
        <w:rPr>
          <w:rFonts w:cs="맑은 고딕" w:hint="eastAsia"/>
          <w:b/>
          <w:sz w:val="20"/>
          <w:szCs w:val="28"/>
          <w:lang w:eastAsia="ko-KR"/>
        </w:rPr>
        <w:t>활용에</w:t>
      </w:r>
      <w:r w:rsidRPr="001B7A28">
        <w:rPr>
          <w:rFonts w:cs="맑은 고딕" w:hint="eastAsia"/>
          <w:b/>
          <w:sz w:val="20"/>
          <w:szCs w:val="28"/>
          <w:lang w:eastAsia="ko-KR"/>
        </w:rPr>
        <w:t xml:space="preserve"> </w:t>
      </w:r>
      <w:r w:rsidRPr="001B7A28">
        <w:rPr>
          <w:rFonts w:cs="맑은 고딕" w:hint="eastAsia"/>
          <w:b/>
          <w:sz w:val="20"/>
          <w:szCs w:val="28"/>
          <w:lang w:eastAsia="ko-KR"/>
        </w:rPr>
        <w:t>동의합니다</w:t>
      </w:r>
      <w:r w:rsidRPr="001B7A28">
        <w:rPr>
          <w:rFonts w:cs="맑은 고딕" w:hint="eastAsia"/>
          <w:b/>
          <w:sz w:val="20"/>
          <w:szCs w:val="28"/>
          <w:lang w:eastAsia="ko-KR"/>
        </w:rPr>
        <w:t xml:space="preserve">.     </w:t>
      </w:r>
      <w:r w:rsidRPr="001B7A28">
        <w:rPr>
          <w:rFonts w:cs="맑은 고딕" w:hint="eastAsia"/>
          <w:b/>
          <w:sz w:val="20"/>
          <w:szCs w:val="28"/>
          <w:lang w:eastAsia="ko-KR"/>
        </w:rPr>
        <w:t>□</w:t>
      </w:r>
      <w:r w:rsidRPr="001B7A28">
        <w:rPr>
          <w:rFonts w:cs="맑은 고딕" w:hint="eastAsia"/>
          <w:b/>
          <w:sz w:val="20"/>
          <w:szCs w:val="28"/>
          <w:lang w:eastAsia="ko-KR"/>
        </w:rPr>
        <w:t xml:space="preserve"> </w:t>
      </w:r>
      <w:r w:rsidRPr="001B7A28">
        <w:rPr>
          <w:rFonts w:cs="맑은 고딕" w:hint="eastAsia"/>
          <w:b/>
          <w:sz w:val="20"/>
          <w:szCs w:val="28"/>
          <w:lang w:eastAsia="ko-KR"/>
        </w:rPr>
        <w:t>동의함</w:t>
      </w:r>
      <w:r w:rsidRPr="001B7A28">
        <w:rPr>
          <w:rFonts w:cs="맑은 고딕" w:hint="eastAsia"/>
          <w:b/>
          <w:sz w:val="20"/>
          <w:szCs w:val="28"/>
          <w:lang w:eastAsia="ko-KR"/>
        </w:rPr>
        <w:t xml:space="preserve">     </w:t>
      </w:r>
      <w:r w:rsidRPr="001B7A28">
        <w:rPr>
          <w:rFonts w:cs="맑은 고딕" w:hint="eastAsia"/>
          <w:b/>
          <w:sz w:val="20"/>
          <w:szCs w:val="28"/>
          <w:lang w:eastAsia="ko-KR"/>
        </w:rPr>
        <w:t>□</w:t>
      </w:r>
      <w:r w:rsidRPr="001B7A28">
        <w:rPr>
          <w:rFonts w:cs="맑은 고딕" w:hint="eastAsia"/>
          <w:b/>
          <w:sz w:val="20"/>
          <w:szCs w:val="28"/>
          <w:lang w:eastAsia="ko-KR"/>
        </w:rPr>
        <w:t xml:space="preserve"> </w:t>
      </w:r>
      <w:r w:rsidRPr="001B7A28">
        <w:rPr>
          <w:rFonts w:cs="맑은 고딕" w:hint="eastAsia"/>
          <w:b/>
          <w:sz w:val="20"/>
          <w:szCs w:val="28"/>
          <w:lang w:eastAsia="ko-KR"/>
        </w:rPr>
        <w:t>동의하지</w:t>
      </w:r>
      <w:r w:rsidRPr="001B7A28">
        <w:rPr>
          <w:rFonts w:cs="맑은 고딕" w:hint="eastAsia"/>
          <w:b/>
          <w:sz w:val="20"/>
          <w:szCs w:val="28"/>
          <w:lang w:eastAsia="ko-KR"/>
        </w:rPr>
        <w:t xml:space="preserve"> </w:t>
      </w:r>
      <w:r w:rsidRPr="001B7A28">
        <w:rPr>
          <w:rFonts w:cs="맑은 고딕" w:hint="eastAsia"/>
          <w:b/>
          <w:sz w:val="20"/>
          <w:szCs w:val="28"/>
          <w:lang w:eastAsia="ko-KR"/>
        </w:rPr>
        <w:t>않음</w:t>
      </w:r>
    </w:p>
    <w:p w14:paraId="2A0FD64F" w14:textId="15CAC2C3" w:rsidR="001B7A28" w:rsidRDefault="001B7A28">
      <w:pPr>
        <w:spacing w:before="40" w:line="240" w:lineRule="auto"/>
        <w:rPr>
          <w:rFonts w:cs="맑은 고딕"/>
          <w:sz w:val="17"/>
          <w:lang w:eastAsia="ko-KR"/>
        </w:rPr>
      </w:pPr>
    </w:p>
    <w:p w14:paraId="1E9E8317" w14:textId="77777777" w:rsidR="001B7A28" w:rsidRDefault="001B7A28">
      <w:pPr>
        <w:spacing w:before="40" w:line="240" w:lineRule="auto"/>
        <w:rPr>
          <w:rFonts w:cs="맑은 고딕" w:hint="eastAsia"/>
          <w:sz w:val="17"/>
          <w:lang w:eastAsia="ko-KR"/>
        </w:rPr>
      </w:pPr>
    </w:p>
    <w:p w14:paraId="02F9195B" w14:textId="08C5DF2F" w:rsidR="006C5AD4" w:rsidRPr="001B7A28" w:rsidRDefault="008E2B3B" w:rsidP="001B7A28">
      <w:pPr>
        <w:spacing w:before="40" w:line="240" w:lineRule="auto"/>
        <w:jc w:val="center"/>
        <w:rPr>
          <w:sz w:val="22"/>
          <w:szCs w:val="28"/>
          <w:lang w:eastAsia="ko-KR"/>
        </w:rPr>
      </w:pPr>
      <w:r w:rsidRPr="001B7A28">
        <w:rPr>
          <w:rFonts w:cs="맑은 고딕" w:hint="eastAsia"/>
          <w:sz w:val="20"/>
          <w:szCs w:val="28"/>
          <w:lang w:eastAsia="ko-KR"/>
        </w:rPr>
        <w:t>본인은</w:t>
      </w:r>
      <w:r w:rsidRPr="001B7A28">
        <w:rPr>
          <w:rFonts w:cs="맑은 고딕" w:hint="eastAsia"/>
          <w:sz w:val="20"/>
          <w:szCs w:val="28"/>
          <w:lang w:eastAsia="ko-KR"/>
        </w:rPr>
        <w:t xml:space="preserve"> </w:t>
      </w:r>
      <w:r w:rsidRPr="001B7A28">
        <w:rPr>
          <w:rFonts w:cs="맑은 고딕" w:hint="eastAsia"/>
          <w:sz w:val="20"/>
          <w:szCs w:val="28"/>
          <w:lang w:eastAsia="ko-KR"/>
        </w:rPr>
        <w:t>위</w:t>
      </w:r>
      <w:r w:rsidRPr="001B7A28">
        <w:rPr>
          <w:rFonts w:cs="맑은 고딕" w:hint="eastAsia"/>
          <w:sz w:val="20"/>
          <w:szCs w:val="28"/>
          <w:lang w:eastAsia="ko-KR"/>
        </w:rPr>
        <w:t xml:space="preserve"> </w:t>
      </w:r>
      <w:r w:rsidRPr="001B7A28">
        <w:rPr>
          <w:rFonts w:cs="맑은 고딕" w:hint="eastAsia"/>
          <w:sz w:val="20"/>
          <w:szCs w:val="28"/>
          <w:lang w:eastAsia="ko-KR"/>
        </w:rPr>
        <w:t>내용을</w:t>
      </w:r>
      <w:r w:rsidRPr="001B7A28">
        <w:rPr>
          <w:rFonts w:cs="맑은 고딕" w:hint="eastAsia"/>
          <w:sz w:val="20"/>
          <w:szCs w:val="28"/>
          <w:lang w:eastAsia="ko-KR"/>
        </w:rPr>
        <w:t xml:space="preserve"> </w:t>
      </w:r>
      <w:r w:rsidRPr="001B7A28">
        <w:rPr>
          <w:rFonts w:cs="맑은 고딕" w:hint="eastAsia"/>
          <w:sz w:val="20"/>
          <w:szCs w:val="28"/>
          <w:lang w:eastAsia="ko-KR"/>
        </w:rPr>
        <w:t>충분히</w:t>
      </w:r>
      <w:r w:rsidRPr="001B7A28">
        <w:rPr>
          <w:rFonts w:cs="맑은 고딕" w:hint="eastAsia"/>
          <w:sz w:val="20"/>
          <w:szCs w:val="28"/>
          <w:lang w:eastAsia="ko-KR"/>
        </w:rPr>
        <w:t xml:space="preserve"> </w:t>
      </w:r>
      <w:r w:rsidRPr="001B7A28">
        <w:rPr>
          <w:rFonts w:cs="맑은 고딕" w:hint="eastAsia"/>
          <w:sz w:val="20"/>
          <w:szCs w:val="28"/>
          <w:lang w:eastAsia="ko-KR"/>
        </w:rPr>
        <w:t>확인하였습니다</w:t>
      </w:r>
      <w:r w:rsidRPr="001B7A28">
        <w:rPr>
          <w:rFonts w:cs="맑은 고딕" w:hint="eastAsia"/>
          <w:sz w:val="20"/>
          <w:szCs w:val="28"/>
          <w:lang w:eastAsia="ko-KR"/>
        </w:rPr>
        <w:t>.</w:t>
      </w:r>
    </w:p>
    <w:p w14:paraId="294E6B3D" w14:textId="6D6CF377" w:rsidR="006C5AD4" w:rsidRDefault="006C5AD4">
      <w:pPr>
        <w:spacing w:before="100" w:line="240" w:lineRule="auto"/>
        <w:jc w:val="right"/>
        <w:rPr>
          <w:rFonts w:cs="맑은 고딕"/>
          <w:lang w:eastAsia="ko-KR"/>
        </w:rPr>
      </w:pPr>
    </w:p>
    <w:p w14:paraId="07C5111F" w14:textId="2E2E9387" w:rsidR="001B7A28" w:rsidRDefault="001B7A28">
      <w:pPr>
        <w:spacing w:before="100" w:line="240" w:lineRule="auto"/>
        <w:jc w:val="right"/>
        <w:rPr>
          <w:rFonts w:cs="맑은 고딕"/>
          <w:lang w:eastAsia="ko-KR"/>
        </w:rPr>
      </w:pPr>
    </w:p>
    <w:tbl>
      <w:tblPr>
        <w:tblStyle w:val="af9"/>
        <w:tblW w:w="0" w:type="auto"/>
        <w:tblInd w:w="108" w:type="dxa"/>
        <w:tblLook w:val="04A0" w:firstRow="1" w:lastRow="0" w:firstColumn="1" w:lastColumn="0" w:noHBand="0" w:noVBand="1"/>
      </w:tblPr>
      <w:tblGrid>
        <w:gridCol w:w="5036"/>
        <w:gridCol w:w="5052"/>
      </w:tblGrid>
      <w:tr w:rsidR="001B7A28" w14:paraId="1DD954E5" w14:textId="77777777" w:rsidTr="00B81149">
        <w:trPr>
          <w:trHeight w:val="454"/>
        </w:trPr>
        <w:tc>
          <w:tcPr>
            <w:tcW w:w="5094" w:type="dxa"/>
          </w:tcPr>
          <w:p w14:paraId="2CB73327" w14:textId="77777777" w:rsidR="001B7A28" w:rsidRDefault="001B7A28" w:rsidP="00B81149">
            <w:pPr>
              <w:spacing w:before="80"/>
              <w:jc w:val="center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 xml:space="preserve">작성일 </w:t>
            </w:r>
            <w:r>
              <w:rPr>
                <w:lang w:eastAsia="ko-KR"/>
              </w:rPr>
              <w:t>2026</w:t>
            </w:r>
            <w:r>
              <w:rPr>
                <w:rFonts w:hint="eastAsia"/>
                <w:lang w:eastAsia="ko-KR"/>
              </w:rPr>
              <w:t xml:space="preserve">년 </w:t>
            </w:r>
            <w:r>
              <w:rPr>
                <w:lang w:eastAsia="ko-KR"/>
              </w:rPr>
              <w:t xml:space="preserve">         </w:t>
            </w:r>
            <w:r>
              <w:rPr>
                <w:rFonts w:hint="eastAsia"/>
                <w:lang w:eastAsia="ko-KR"/>
              </w:rPr>
              <w:t xml:space="preserve">월 </w:t>
            </w:r>
            <w:r>
              <w:rPr>
                <w:lang w:eastAsia="ko-KR"/>
              </w:rPr>
              <w:t xml:space="preserve">    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lang w:eastAsia="ko-KR"/>
              </w:rPr>
              <w:t xml:space="preserve">    </w:t>
            </w:r>
            <w:r>
              <w:rPr>
                <w:rFonts w:hint="eastAsia"/>
                <w:lang w:eastAsia="ko-KR"/>
              </w:rPr>
              <w:t>일</w:t>
            </w:r>
          </w:p>
        </w:tc>
        <w:tc>
          <w:tcPr>
            <w:tcW w:w="5112" w:type="dxa"/>
          </w:tcPr>
          <w:p w14:paraId="0B32259B" w14:textId="77777777" w:rsidR="001B7A28" w:rsidRDefault="001B7A28" w:rsidP="00B81149">
            <w:pPr>
              <w:spacing w:before="80"/>
              <w:jc w:val="center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지원자 성명:</w:t>
            </w:r>
            <w:r>
              <w:rPr>
                <w:lang w:eastAsia="ko-KR"/>
              </w:rPr>
              <w:t xml:space="preserve">                              (</w:t>
            </w:r>
            <w:r>
              <w:rPr>
                <w:rFonts w:hint="eastAsia"/>
                <w:lang w:eastAsia="ko-KR"/>
              </w:rPr>
              <w:t>서명)</w:t>
            </w:r>
          </w:p>
        </w:tc>
      </w:tr>
    </w:tbl>
    <w:p w14:paraId="359AA7C3" w14:textId="77777777" w:rsidR="001B7A28" w:rsidRDefault="001B7A28" w:rsidP="001B7A28">
      <w:pPr>
        <w:spacing w:before="140" w:line="240" w:lineRule="auto"/>
        <w:rPr>
          <w:rFonts w:hint="eastAsia"/>
          <w:lang w:eastAsia="ko-KR"/>
        </w:rPr>
      </w:pPr>
    </w:p>
    <w:p w14:paraId="0922C420" w14:textId="77777777" w:rsidR="001B7A28" w:rsidRPr="001B7A28" w:rsidRDefault="001B7A28" w:rsidP="001B7A28">
      <w:pPr>
        <w:spacing w:before="40" w:line="240" w:lineRule="auto"/>
        <w:jc w:val="right"/>
        <w:rPr>
          <w:sz w:val="28"/>
          <w:szCs w:val="36"/>
          <w:lang w:eastAsia="ko-KR"/>
        </w:rPr>
      </w:pPr>
      <w:r w:rsidRPr="001B7A28">
        <w:rPr>
          <w:rFonts w:cs="맑은 고딕" w:hint="eastAsia"/>
          <w:b/>
          <w:sz w:val="28"/>
          <w:szCs w:val="36"/>
          <w:lang w:eastAsia="ko-KR"/>
        </w:rPr>
        <w:t>단국대학교 귀하</w:t>
      </w:r>
    </w:p>
    <w:p w14:paraId="4BDE5D89" w14:textId="77777777" w:rsidR="001B7A28" w:rsidRDefault="001B7A28">
      <w:pPr>
        <w:spacing w:before="100" w:line="240" w:lineRule="auto"/>
        <w:jc w:val="right"/>
        <w:rPr>
          <w:rFonts w:hint="eastAsia"/>
          <w:lang w:eastAsia="ko-KR"/>
        </w:rPr>
      </w:pPr>
    </w:p>
    <w:sectPr w:rsidR="001B7A28" w:rsidSect="00034616">
      <w:headerReference w:type="default" r:id="rId8"/>
      <w:footerReference w:type="default" r:id="rId9"/>
      <w:pgSz w:w="11906" w:h="16838"/>
      <w:pgMar w:top="680" w:right="850" w:bottom="680" w:left="850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36D36" w14:textId="77777777" w:rsidR="008E2B3B" w:rsidRDefault="008E2B3B">
      <w:pPr>
        <w:spacing w:line="240" w:lineRule="auto"/>
      </w:pPr>
      <w:r>
        <w:separator/>
      </w:r>
    </w:p>
  </w:endnote>
  <w:endnote w:type="continuationSeparator" w:id="0">
    <w:p w14:paraId="36306656" w14:textId="77777777" w:rsidR="008E2B3B" w:rsidRDefault="008E2B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ABA58" w14:textId="77777777" w:rsidR="006C5AD4" w:rsidRDefault="006C5AD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A52C1" w14:textId="77777777" w:rsidR="008E2B3B" w:rsidRDefault="008E2B3B">
      <w:pPr>
        <w:spacing w:line="240" w:lineRule="auto"/>
      </w:pPr>
      <w:r>
        <w:separator/>
      </w:r>
    </w:p>
  </w:footnote>
  <w:footnote w:type="continuationSeparator" w:id="0">
    <w:p w14:paraId="5763D2AB" w14:textId="77777777" w:rsidR="008E2B3B" w:rsidRDefault="008E2B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6EAAC" w14:textId="77777777" w:rsidR="006C5AD4" w:rsidRDefault="006C5AD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2A29"/>
    <w:rsid w:val="001B7A28"/>
    <w:rsid w:val="00264052"/>
    <w:rsid w:val="0029639D"/>
    <w:rsid w:val="00326F90"/>
    <w:rsid w:val="006C5AD4"/>
    <w:rsid w:val="008E2B3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4C81ED"/>
  <w14:defaultImageDpi w14:val="300"/>
  <w15:docId w15:val="{87C547E7-B067-4761-8DAA-886449B1D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/>
    </w:pPr>
    <w:rPr>
      <w:rFonts w:ascii="맑은 고딕" w:eastAsia="맑은 고딕" w:hAnsi="맑은 고딕"/>
      <w:color w:val="000000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  <w:rPr>
      <w:rFonts w:ascii="맑은 고딕" w:eastAsia="맑은 고딕" w:hAnsi="맑은 고딕"/>
      <w:color w:val="000000"/>
    </w:rPr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  <w:rPr>
      <w:rFonts w:ascii="맑은 고딕" w:eastAsia="맑은 고딕" w:hAnsi="맑은 고딕"/>
      <w:color w:val="000000"/>
    </w:rPr>
  </w:style>
  <w:style w:type="paragraph" w:styleId="a7">
    <w:name w:val="No Spacing"/>
    <w:uiPriority w:val="1"/>
    <w:qFormat/>
    <w:rsid w:val="00FC693F"/>
    <w:pPr>
      <w:spacing w:after="0" w:line="240" w:lineRule="auto"/>
    </w:pPr>
    <w:rPr>
      <w:rFonts w:ascii="맑은 고딕" w:eastAsia="맑은 고딕" w:hAnsi="맑은 고딕"/>
      <w:color w:val="000000"/>
    </w:r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000000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000000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000000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  <w:rPr>
      <w:rFonts w:ascii="맑은 고딕" w:eastAsia="맑은 고딕" w:hAnsi="맑은 고딕"/>
      <w:color w:val="000000"/>
    </w:rPr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  <w:rPr>
      <w:rFonts w:ascii="맑은 고딕" w:eastAsia="맑은 고딕" w:hAnsi="맑은 고딕"/>
      <w:color w:val="000000"/>
    </w:rPr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rFonts w:ascii="맑은 고딕" w:eastAsia="맑은 고딕" w:hAnsi="맑은 고딕"/>
      <w:color w:val="000000"/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맑은 고딕" w:eastAsia="맑은 고딕" w:hAnsi="맑은 고딕"/>
      <w:color w:val="000000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맑은 고딕" w:eastAsia="맑은 고딕" w:hAnsi="맑은 고딕"/>
      <w:color w:val="000000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</w:rPr>
  </w:style>
  <w:style w:type="character" w:customStyle="1" w:styleId="Char5">
    <w:name w:val="인용 Char"/>
    <w:basedOn w:val="a2"/>
    <w:link w:val="af"/>
    <w:uiPriority w:val="29"/>
    <w:rsid w:val="00FC693F"/>
    <w:rPr>
      <w:rFonts w:ascii="맑은 고딕" w:eastAsia="맑은 고딕" w:hAnsi="맑은 고딕"/>
      <w:i/>
      <w:iCs/>
      <w:color w:val="000000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000000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000000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szCs w:val="18"/>
    </w:rPr>
  </w:style>
  <w:style w:type="character" w:styleId="af1">
    <w:name w:val="Strong"/>
    <w:basedOn w:val="a2"/>
    <w:uiPriority w:val="22"/>
    <w:qFormat/>
    <w:rsid w:val="00FC693F"/>
    <w:rPr>
      <w:rFonts w:ascii="맑은 고딕" w:eastAsia="맑은 고딕" w:hAnsi="맑은 고딕"/>
      <w:b/>
      <w:bCs/>
      <w:color w:val="000000"/>
    </w:rPr>
  </w:style>
  <w:style w:type="character" w:styleId="af2">
    <w:name w:val="Emphasis"/>
    <w:basedOn w:val="a2"/>
    <w:uiPriority w:val="20"/>
    <w:qFormat/>
    <w:rsid w:val="00FC693F"/>
    <w:rPr>
      <w:rFonts w:ascii="맑은 고딕" w:eastAsia="맑은 고딕" w:hAnsi="맑은 고딕"/>
      <w:i/>
      <w:iCs/>
      <w:color w:val="000000"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Char6">
    <w:name w:val="강한 인용 Char"/>
    <w:basedOn w:val="a2"/>
    <w:link w:val="af3"/>
    <w:uiPriority w:val="30"/>
    <w:rsid w:val="00FC693F"/>
    <w:rPr>
      <w:rFonts w:ascii="맑은 고딕" w:eastAsia="맑은 고딕" w:hAnsi="맑은 고딕"/>
      <w:b/>
      <w:bCs/>
      <w:i/>
      <w:iCs/>
      <w:color w:val="000000"/>
    </w:rPr>
  </w:style>
  <w:style w:type="character" w:styleId="af4">
    <w:name w:val="Subtle Emphasis"/>
    <w:basedOn w:val="a2"/>
    <w:uiPriority w:val="19"/>
    <w:qFormat/>
    <w:rsid w:val="00FC693F"/>
    <w:rPr>
      <w:rFonts w:ascii="맑은 고딕" w:eastAsia="맑은 고딕" w:hAnsi="맑은 고딕"/>
      <w:i/>
      <w:iCs/>
      <w:color w:val="000000"/>
    </w:rPr>
  </w:style>
  <w:style w:type="character" w:styleId="af5">
    <w:name w:val="Intense Emphasis"/>
    <w:basedOn w:val="a2"/>
    <w:uiPriority w:val="21"/>
    <w:qFormat/>
    <w:rsid w:val="00FC693F"/>
    <w:rPr>
      <w:rFonts w:ascii="맑은 고딕" w:eastAsia="맑은 고딕" w:hAnsi="맑은 고딕"/>
      <w:b/>
      <w:bCs/>
      <w:i/>
      <w:iCs/>
      <w:color w:val="000000"/>
    </w:rPr>
  </w:style>
  <w:style w:type="character" w:styleId="af6">
    <w:name w:val="Subtle Reference"/>
    <w:basedOn w:val="a2"/>
    <w:uiPriority w:val="31"/>
    <w:qFormat/>
    <w:rsid w:val="00FC693F"/>
    <w:rPr>
      <w:rFonts w:ascii="맑은 고딕" w:eastAsia="맑은 고딕" w:hAnsi="맑은 고딕"/>
      <w:smallCaps/>
      <w:color w:val="000000"/>
      <w:u w:val="single"/>
    </w:rPr>
  </w:style>
  <w:style w:type="character" w:styleId="af7">
    <w:name w:val="Intense Reference"/>
    <w:basedOn w:val="a2"/>
    <w:uiPriority w:val="32"/>
    <w:qFormat/>
    <w:rsid w:val="00FC693F"/>
    <w:rPr>
      <w:rFonts w:ascii="맑은 고딕" w:eastAsia="맑은 고딕" w:hAnsi="맑은 고딕"/>
      <w:b/>
      <w:bCs/>
      <w:smallCaps/>
      <w:color w:val="000000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rFonts w:ascii="맑은 고딕" w:eastAsia="맑은 고딕" w:hAnsi="맑은 고딕"/>
      <w:b/>
      <w:bCs/>
      <w:smallCaps/>
      <w:color w:val="000000"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  <w:rPr>
      <w:rFonts w:ascii="맑은 고딕" w:eastAsia="맑은 고딕" w:hAnsi="맑은 고딕"/>
    </w:r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469</Words>
  <Characters>2676</Characters>
  <Application>Microsoft Office Word</Application>
  <DocSecurity>0</DocSecurity>
  <Lines>22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David Kim</cp:lastModifiedBy>
  <cp:revision>2</cp:revision>
  <dcterms:created xsi:type="dcterms:W3CDTF">2026-07-23T04:22:00Z</dcterms:created>
  <dcterms:modified xsi:type="dcterms:W3CDTF">2026-07-23T04:22:00Z</dcterms:modified>
  <cp:category/>
</cp:coreProperties>
</file>